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44915" w:rsidRPr="00863341" w:rsidRDefault="00244915" w:rsidP="00244915">
      <w:pPr>
        <w:widowControl w:val="0"/>
        <w:spacing w:after="0" w:line="240" w:lineRule="auto"/>
        <w:ind w:left="6237" w:right="624"/>
        <w:rPr>
          <w:rFonts w:eastAsia="Times New Roman" w:cs="Times New Roman"/>
          <w:color w:val="000000"/>
          <w:sz w:val="28"/>
          <w:szCs w:val="28"/>
          <w:lang w:val="ru-RU" w:eastAsia="ru-RU"/>
        </w:rPr>
      </w:pPr>
      <w:r w:rsidRPr="00863341">
        <w:rPr>
          <w:rFonts w:eastAsia="Times New Roman" w:cs="Times New Roman"/>
          <w:color w:val="000000"/>
          <w:sz w:val="28"/>
          <w:szCs w:val="28"/>
          <w:lang w:val="ru-RU" w:eastAsia="ru-RU"/>
        </w:rPr>
        <w:t xml:space="preserve">Утверждено </w:t>
      </w:r>
    </w:p>
    <w:p w:rsidR="00244915" w:rsidRPr="00863341" w:rsidRDefault="00244915" w:rsidP="00244915">
      <w:pPr>
        <w:widowControl w:val="0"/>
        <w:suppressAutoHyphens/>
        <w:spacing w:after="0" w:line="240" w:lineRule="auto"/>
        <w:ind w:left="6237" w:right="624"/>
        <w:rPr>
          <w:rFonts w:eastAsia="Times New Roman" w:cs="Times New Roman"/>
          <w:color w:val="000000"/>
          <w:sz w:val="28"/>
          <w:szCs w:val="28"/>
          <w:lang w:val="ru-RU" w:eastAsia="ru-RU"/>
        </w:rPr>
      </w:pPr>
      <w:r w:rsidRPr="00863341">
        <w:rPr>
          <w:rFonts w:eastAsia="Times New Roman" w:cs="Times New Roman"/>
          <w:color w:val="000000"/>
          <w:sz w:val="28"/>
          <w:szCs w:val="28"/>
          <w:lang w:val="ru-RU" w:eastAsia="ru-RU"/>
        </w:rPr>
        <w:t>постановлением</w:t>
      </w:r>
    </w:p>
    <w:p w:rsidR="00244915" w:rsidRPr="00863341" w:rsidRDefault="00244915" w:rsidP="00244915">
      <w:pPr>
        <w:widowControl w:val="0"/>
        <w:suppressAutoHyphens/>
        <w:spacing w:after="0" w:line="240" w:lineRule="auto"/>
        <w:ind w:left="6236" w:right="624"/>
        <w:rPr>
          <w:rFonts w:eastAsia="Times New Roman" w:cs="Times New Roman"/>
          <w:color w:val="000000"/>
          <w:sz w:val="28"/>
          <w:szCs w:val="28"/>
          <w:lang w:val="ru-RU" w:eastAsia="ru-RU"/>
        </w:rPr>
      </w:pPr>
      <w:r w:rsidRPr="00863341">
        <w:rPr>
          <w:rFonts w:eastAsia="Times New Roman" w:cs="Times New Roman"/>
          <w:color w:val="000000"/>
          <w:sz w:val="28"/>
          <w:szCs w:val="28"/>
          <w:lang w:val="ru-RU" w:eastAsia="ru-RU"/>
        </w:rPr>
        <w:t>Кабинета Министров</w:t>
      </w:r>
    </w:p>
    <w:p w:rsidR="00244915" w:rsidRPr="00863341" w:rsidRDefault="00244915" w:rsidP="00244915">
      <w:pPr>
        <w:widowControl w:val="0"/>
        <w:suppressAutoHyphens/>
        <w:spacing w:after="0" w:line="240" w:lineRule="auto"/>
        <w:ind w:left="6236" w:right="624"/>
        <w:rPr>
          <w:rFonts w:eastAsia="Times New Roman" w:cs="Times New Roman"/>
          <w:color w:val="000000"/>
          <w:sz w:val="28"/>
          <w:szCs w:val="28"/>
          <w:lang w:val="ru-RU" w:eastAsia="ru-RU"/>
        </w:rPr>
      </w:pPr>
      <w:r w:rsidRPr="00863341">
        <w:rPr>
          <w:rFonts w:eastAsia="Times New Roman" w:cs="Times New Roman"/>
          <w:color w:val="000000"/>
          <w:sz w:val="28"/>
          <w:szCs w:val="28"/>
          <w:lang w:val="ru-RU" w:eastAsia="ru-RU"/>
        </w:rPr>
        <w:t xml:space="preserve">Республики Татарстан </w:t>
      </w:r>
    </w:p>
    <w:p w:rsidR="00244915" w:rsidRPr="00863341" w:rsidRDefault="00244915" w:rsidP="00244915">
      <w:pPr>
        <w:suppressAutoHyphens/>
        <w:spacing w:after="0" w:line="240" w:lineRule="auto"/>
        <w:ind w:left="6236"/>
        <w:rPr>
          <w:rFonts w:eastAsia="Calibri" w:cs="Times New Roman"/>
          <w:color w:val="000000"/>
          <w:sz w:val="28"/>
          <w:szCs w:val="28"/>
          <w:lang w:val="ru-RU" w:eastAsia="ru-RU"/>
        </w:rPr>
      </w:pPr>
      <w:r w:rsidRPr="00863341">
        <w:rPr>
          <w:rFonts w:eastAsia="Calibri" w:cs="Times New Roman"/>
          <w:color w:val="000000"/>
          <w:sz w:val="28"/>
          <w:szCs w:val="28"/>
          <w:lang w:val="ru-RU" w:eastAsia="ru-RU"/>
        </w:rPr>
        <w:t>от __________202</w:t>
      </w:r>
      <w:r>
        <w:rPr>
          <w:rFonts w:eastAsia="Calibri" w:cs="Times New Roman"/>
          <w:color w:val="000000"/>
          <w:sz w:val="28"/>
          <w:szCs w:val="28"/>
          <w:lang w:val="ru-RU" w:eastAsia="ru-RU"/>
        </w:rPr>
        <w:t>5</w:t>
      </w:r>
      <w:r w:rsidRPr="00863341">
        <w:rPr>
          <w:rFonts w:eastAsia="Calibri" w:cs="Times New Roman"/>
          <w:color w:val="000000"/>
          <w:sz w:val="28"/>
          <w:szCs w:val="28"/>
          <w:lang w:val="ru-RU" w:eastAsia="ru-RU"/>
        </w:rPr>
        <w:t xml:space="preserve"> № ______ </w:t>
      </w:r>
    </w:p>
    <w:p w:rsidR="005A5440" w:rsidRDefault="005A5440" w:rsidP="00244915">
      <w:pPr>
        <w:spacing w:after="0" w:line="240" w:lineRule="auto"/>
        <w:rPr>
          <w:lang w:val="ru-RU"/>
        </w:rPr>
      </w:pPr>
    </w:p>
    <w:p w:rsidR="00244915" w:rsidRPr="00D20CD6" w:rsidRDefault="00244915" w:rsidP="00244915">
      <w:pPr>
        <w:spacing w:after="0" w:line="240" w:lineRule="auto"/>
        <w:rPr>
          <w:lang w:val="ru-RU"/>
        </w:rPr>
      </w:pPr>
    </w:p>
    <w:p w:rsidR="00244915" w:rsidRPr="00244915" w:rsidRDefault="00244915" w:rsidP="00244915">
      <w:pPr>
        <w:spacing w:after="0" w:line="240" w:lineRule="auto"/>
        <w:jc w:val="center"/>
        <w:rPr>
          <w:rStyle w:val="BigStyle"/>
          <w:lang w:val="ru-RU"/>
        </w:rPr>
      </w:pPr>
      <w:r w:rsidRPr="00244915">
        <w:rPr>
          <w:rStyle w:val="BigStyle"/>
          <w:lang w:val="ru-RU"/>
        </w:rPr>
        <w:t>Графическое описание местоположения границ</w:t>
      </w:r>
    </w:p>
    <w:p w:rsidR="005A5440" w:rsidRPr="00D20CD6" w:rsidRDefault="00607170" w:rsidP="00244915">
      <w:pPr>
        <w:spacing w:after="0" w:line="240" w:lineRule="auto"/>
        <w:jc w:val="center"/>
        <w:rPr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="00380BFE" w:rsidRPr="00D20CD6">
        <w:rPr>
          <w:rStyle w:val="BigStyle"/>
          <w:lang w:val="ru-RU"/>
        </w:rPr>
        <w:t>«Колония сурков»</w:t>
      </w:r>
    </w:p>
    <w:p w:rsidR="00244915" w:rsidRPr="00607170" w:rsidRDefault="00244915" w:rsidP="00244915">
      <w:pPr>
        <w:spacing w:after="0" w:line="240" w:lineRule="auto"/>
        <w:jc w:val="center"/>
        <w:rPr>
          <w:rStyle w:val="BigStyle"/>
          <w:lang w:val="ru-RU"/>
        </w:rPr>
      </w:pPr>
    </w:p>
    <w:p w:rsidR="005A5440" w:rsidRDefault="00380BFE" w:rsidP="00244915">
      <w:pPr>
        <w:spacing w:after="0" w:line="300" w:lineRule="auto"/>
        <w:jc w:val="center"/>
      </w:pPr>
      <w:r>
        <w:rPr>
          <w:rStyle w:val="BigStyle"/>
        </w:rPr>
        <w:t>Раздел 1</w:t>
      </w:r>
    </w:p>
    <w:tbl>
      <w:tblPr>
        <w:tblStyle w:val="aff0"/>
        <w:tblW w:w="0" w:type="auto"/>
        <w:tblLayout w:type="fixed"/>
        <w:tblLook w:val="04A0" w:firstRow="1" w:lastRow="0" w:firstColumn="1" w:lastColumn="0" w:noHBand="0" w:noVBand="1"/>
      </w:tblPr>
      <w:tblGrid>
        <w:gridCol w:w="845"/>
        <w:gridCol w:w="4116"/>
        <w:gridCol w:w="5238"/>
      </w:tblGrid>
      <w:tr w:rsidR="005A5440">
        <w:tc>
          <w:tcPr>
            <w:tcW w:w="10199" w:type="dxa"/>
            <w:gridSpan w:val="3"/>
          </w:tcPr>
          <w:p w:rsidR="005A5440" w:rsidRDefault="00380BFE">
            <w:pPr>
              <w:jc w:val="center"/>
            </w:pPr>
            <w:r>
              <w:rPr>
                <w:rStyle w:val="BigStyle"/>
              </w:rPr>
              <w:t>Сведения об объекте</w:t>
            </w:r>
          </w:p>
        </w:tc>
      </w:tr>
      <w:tr w:rsidR="005A5440">
        <w:tc>
          <w:tcPr>
            <w:tcW w:w="845" w:type="dxa"/>
          </w:tcPr>
          <w:p w:rsidR="005A5440" w:rsidRDefault="00380BFE">
            <w:pPr>
              <w:jc w:val="center"/>
            </w:pPr>
            <w:r>
              <w:rPr>
                <w:rStyle w:val="BigStyle"/>
              </w:rPr>
              <w:t>№ п/п</w:t>
            </w:r>
          </w:p>
        </w:tc>
        <w:tc>
          <w:tcPr>
            <w:tcW w:w="4116" w:type="dxa"/>
          </w:tcPr>
          <w:p w:rsidR="005A5440" w:rsidRDefault="00380BFE">
            <w:pPr>
              <w:jc w:val="center"/>
            </w:pPr>
            <w:r>
              <w:rPr>
                <w:rStyle w:val="BigStyle"/>
              </w:rPr>
              <w:t>Характеристики объекта</w:t>
            </w:r>
          </w:p>
        </w:tc>
        <w:tc>
          <w:tcPr>
            <w:tcW w:w="5238" w:type="dxa"/>
          </w:tcPr>
          <w:p w:rsidR="005A5440" w:rsidRDefault="00380BFE">
            <w:pPr>
              <w:jc w:val="center"/>
            </w:pPr>
            <w:r>
              <w:rPr>
                <w:rStyle w:val="BigStyle"/>
              </w:rPr>
              <w:t>Описание характеристик</w:t>
            </w:r>
          </w:p>
        </w:tc>
      </w:tr>
      <w:tr w:rsidR="005A5440" w:rsidRPr="00607170">
        <w:tc>
          <w:tcPr>
            <w:tcW w:w="845" w:type="dxa"/>
          </w:tcPr>
          <w:p w:rsidR="005A5440" w:rsidRDefault="00380BFE">
            <w:pPr>
              <w:jc w:val="center"/>
            </w:pPr>
            <w:r>
              <w:rPr>
                <w:rStyle w:val="BigStyle"/>
              </w:rPr>
              <w:t>1</w:t>
            </w:r>
          </w:p>
        </w:tc>
        <w:tc>
          <w:tcPr>
            <w:tcW w:w="4116" w:type="dxa"/>
          </w:tcPr>
          <w:p w:rsidR="005A5440" w:rsidRDefault="00380BFE">
            <w:r>
              <w:rPr>
                <w:rStyle w:val="BigStyle"/>
              </w:rPr>
              <w:t>Местоположение объекта</w:t>
            </w:r>
          </w:p>
        </w:tc>
        <w:tc>
          <w:tcPr>
            <w:tcW w:w="5238" w:type="dxa"/>
          </w:tcPr>
          <w:p w:rsidR="005A5440" w:rsidRPr="00D20CD6" w:rsidRDefault="00380BFE">
            <w:pPr>
              <w:rPr>
                <w:lang w:val="ru-RU"/>
              </w:rPr>
            </w:pPr>
            <w:r w:rsidRPr="00D20CD6">
              <w:rPr>
                <w:rStyle w:val="BigStyle"/>
                <w:lang w:val="ru-RU"/>
              </w:rPr>
              <w:t>Республика Татарстан, Азнакаевский муниципальный район</w:t>
            </w:r>
          </w:p>
        </w:tc>
      </w:tr>
      <w:tr w:rsidR="005A5440">
        <w:tc>
          <w:tcPr>
            <w:tcW w:w="845" w:type="dxa"/>
          </w:tcPr>
          <w:p w:rsidR="005A5440" w:rsidRDefault="00380BFE">
            <w:pPr>
              <w:jc w:val="center"/>
            </w:pPr>
            <w:r>
              <w:rPr>
                <w:rStyle w:val="BigStyle"/>
              </w:rPr>
              <w:t>2</w:t>
            </w:r>
          </w:p>
        </w:tc>
        <w:tc>
          <w:tcPr>
            <w:tcW w:w="4116" w:type="dxa"/>
          </w:tcPr>
          <w:p w:rsidR="005A5440" w:rsidRPr="00D20CD6" w:rsidRDefault="00380BFE">
            <w:pPr>
              <w:rPr>
                <w:lang w:val="ru-RU"/>
              </w:rPr>
            </w:pPr>
            <w:r w:rsidRPr="00D20CD6">
              <w:rPr>
                <w:rStyle w:val="BigStyle"/>
                <w:lang w:val="ru-RU"/>
              </w:rPr>
              <w:t>Площадь объекта +/- величина погрешности определения площади (Р+/- Дельта Р)</w:t>
            </w:r>
          </w:p>
        </w:tc>
        <w:tc>
          <w:tcPr>
            <w:tcW w:w="5238" w:type="dxa"/>
          </w:tcPr>
          <w:p w:rsidR="005A5440" w:rsidRDefault="00380BFE">
            <w:r>
              <w:rPr>
                <w:rStyle w:val="BigStyle"/>
              </w:rPr>
              <w:t>5 635 573 кв. м +/- 41 544 кв. м</w:t>
            </w:r>
          </w:p>
        </w:tc>
      </w:tr>
      <w:tr w:rsidR="005A5440">
        <w:tc>
          <w:tcPr>
            <w:tcW w:w="845" w:type="dxa"/>
          </w:tcPr>
          <w:p w:rsidR="005A5440" w:rsidRDefault="00380BFE">
            <w:pPr>
              <w:jc w:val="center"/>
            </w:pPr>
            <w:r>
              <w:rPr>
                <w:rStyle w:val="BigStyle"/>
              </w:rPr>
              <w:t>3</w:t>
            </w:r>
          </w:p>
        </w:tc>
        <w:tc>
          <w:tcPr>
            <w:tcW w:w="4116" w:type="dxa"/>
          </w:tcPr>
          <w:p w:rsidR="005A5440" w:rsidRDefault="00380BFE">
            <w:r>
              <w:rPr>
                <w:rStyle w:val="BigStyle"/>
              </w:rPr>
              <w:t>Иные характеристики объекта</w:t>
            </w:r>
          </w:p>
        </w:tc>
        <w:tc>
          <w:tcPr>
            <w:tcW w:w="5238" w:type="dxa"/>
          </w:tcPr>
          <w:p w:rsidR="005A5440" w:rsidRDefault="00380BFE">
            <w:r>
              <w:rPr>
                <w:rStyle w:val="BigStyle"/>
              </w:rPr>
              <w:t>-</w:t>
            </w:r>
          </w:p>
        </w:tc>
      </w:tr>
    </w:tbl>
    <w:p w:rsidR="00244915" w:rsidRDefault="00244915" w:rsidP="00244915">
      <w:pPr>
        <w:spacing w:after="0" w:line="240" w:lineRule="auto"/>
        <w:jc w:val="center"/>
        <w:rPr>
          <w:rStyle w:val="BigStyle"/>
        </w:rPr>
      </w:pPr>
    </w:p>
    <w:p w:rsidR="005A5440" w:rsidRDefault="00380BFE" w:rsidP="00244915">
      <w:pPr>
        <w:spacing w:after="0" w:line="300" w:lineRule="auto"/>
        <w:jc w:val="center"/>
      </w:pPr>
      <w:r>
        <w:rPr>
          <w:rStyle w:val="BigStyle"/>
        </w:rPr>
        <w:t>Раздел 2</w:t>
      </w:r>
    </w:p>
    <w:tbl>
      <w:tblPr>
        <w:tblStyle w:val="aff0"/>
        <w:tblW w:w="0" w:type="auto"/>
        <w:tblBorders>
          <w:bottom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7"/>
        <w:gridCol w:w="1417"/>
        <w:gridCol w:w="1417"/>
        <w:gridCol w:w="2268"/>
        <w:gridCol w:w="1843"/>
        <w:gridCol w:w="1627"/>
      </w:tblGrid>
      <w:tr w:rsidR="005A5440" w:rsidRPr="00607170" w:rsidTr="00244915">
        <w:tc>
          <w:tcPr>
            <w:tcW w:w="10239" w:type="dxa"/>
            <w:gridSpan w:val="6"/>
          </w:tcPr>
          <w:p w:rsidR="005A5440" w:rsidRPr="00D20CD6" w:rsidRDefault="00380BFE">
            <w:pPr>
              <w:jc w:val="center"/>
              <w:rPr>
                <w:lang w:val="ru-RU"/>
              </w:rPr>
            </w:pPr>
            <w:r w:rsidRPr="00D20CD6">
              <w:rPr>
                <w:rStyle w:val="BigStyle"/>
                <w:lang w:val="ru-RU"/>
              </w:rPr>
              <w:t>Сведения о местоположении границ объекта</w:t>
            </w:r>
          </w:p>
        </w:tc>
      </w:tr>
      <w:tr w:rsidR="005A5440" w:rsidTr="00244915">
        <w:tc>
          <w:tcPr>
            <w:tcW w:w="10239" w:type="dxa"/>
            <w:gridSpan w:val="6"/>
          </w:tcPr>
          <w:p w:rsidR="005A5440" w:rsidRDefault="00380BFE">
            <w:r>
              <w:rPr>
                <w:rStyle w:val="BigStyle"/>
              </w:rPr>
              <w:t>1. Система координат: МСК-16</w:t>
            </w:r>
          </w:p>
        </w:tc>
      </w:tr>
      <w:tr w:rsidR="005A5440" w:rsidRPr="00607170" w:rsidTr="00244915">
        <w:tc>
          <w:tcPr>
            <w:tcW w:w="10239" w:type="dxa"/>
            <w:gridSpan w:val="6"/>
          </w:tcPr>
          <w:p w:rsidR="005A5440" w:rsidRPr="00D20CD6" w:rsidRDefault="00380BFE">
            <w:pPr>
              <w:rPr>
                <w:lang w:val="ru-RU"/>
              </w:rPr>
            </w:pPr>
            <w:r w:rsidRPr="00D20CD6">
              <w:rPr>
                <w:rStyle w:val="BigStyle"/>
                <w:lang w:val="ru-RU"/>
              </w:rPr>
              <w:t>2. Сведения о характерных точках границ объекта</w:t>
            </w:r>
          </w:p>
        </w:tc>
      </w:tr>
      <w:tr w:rsidR="005A5440" w:rsidRPr="00607170" w:rsidTr="00244915">
        <w:tc>
          <w:tcPr>
            <w:tcW w:w="1667" w:type="dxa"/>
            <w:vMerge w:val="restart"/>
          </w:tcPr>
          <w:p w:rsidR="005A5440" w:rsidRDefault="00380BFE">
            <w:pPr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2834" w:type="dxa"/>
            <w:gridSpan w:val="2"/>
          </w:tcPr>
          <w:p w:rsidR="005A5440" w:rsidRDefault="00380BFE">
            <w:pPr>
              <w:jc w:val="center"/>
            </w:pPr>
            <w:r>
              <w:t>Координаты, м</w:t>
            </w:r>
          </w:p>
        </w:tc>
        <w:tc>
          <w:tcPr>
            <w:tcW w:w="2268" w:type="dxa"/>
            <w:vMerge w:val="restart"/>
          </w:tcPr>
          <w:p w:rsidR="005A5440" w:rsidRPr="00D20CD6" w:rsidRDefault="00380BFE">
            <w:pPr>
              <w:jc w:val="center"/>
              <w:rPr>
                <w:lang w:val="ru-RU"/>
              </w:rPr>
            </w:pPr>
            <w:r w:rsidRPr="00D20CD6">
              <w:rPr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843" w:type="dxa"/>
            <w:vMerge w:val="restart"/>
          </w:tcPr>
          <w:p w:rsidR="005A5440" w:rsidRPr="00D20CD6" w:rsidRDefault="00380BFE">
            <w:pPr>
              <w:jc w:val="center"/>
              <w:rPr>
                <w:lang w:val="ru-RU"/>
              </w:rPr>
            </w:pPr>
            <w:r w:rsidRPr="00D20CD6">
              <w:rPr>
                <w:lang w:val="ru-RU"/>
              </w:rPr>
              <w:t>Средняя квадратическая погрешность положения характерной точки (</w:t>
            </w:r>
            <w:r>
              <w:t>Mt</w:t>
            </w:r>
            <w:r w:rsidRPr="00D20CD6">
              <w:rPr>
                <w:lang w:val="ru-RU"/>
              </w:rPr>
              <w:t>), м</w:t>
            </w:r>
          </w:p>
        </w:tc>
        <w:tc>
          <w:tcPr>
            <w:tcW w:w="1627" w:type="dxa"/>
            <w:vMerge w:val="restart"/>
          </w:tcPr>
          <w:p w:rsidR="005A5440" w:rsidRPr="00D20CD6" w:rsidRDefault="00380BFE">
            <w:pPr>
              <w:jc w:val="center"/>
              <w:rPr>
                <w:lang w:val="ru-RU"/>
              </w:rPr>
            </w:pPr>
            <w:r w:rsidRPr="00D20CD6">
              <w:rPr>
                <w:lang w:val="ru-RU"/>
              </w:rPr>
              <w:t>Описание обозначения точки на местности (при наличии)</w:t>
            </w:r>
          </w:p>
        </w:tc>
      </w:tr>
      <w:tr w:rsidR="005A5440" w:rsidTr="00244915">
        <w:tc>
          <w:tcPr>
            <w:tcW w:w="1667" w:type="dxa"/>
            <w:vMerge/>
          </w:tcPr>
          <w:p w:rsidR="005A5440" w:rsidRPr="00D20CD6" w:rsidRDefault="005A5440">
            <w:pPr>
              <w:rPr>
                <w:lang w:val="ru-RU"/>
              </w:rPr>
            </w:pP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X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Y</w:t>
            </w:r>
          </w:p>
        </w:tc>
        <w:tc>
          <w:tcPr>
            <w:tcW w:w="2268" w:type="dxa"/>
            <w:vMerge/>
          </w:tcPr>
          <w:p w:rsidR="005A5440" w:rsidRDefault="005A5440"/>
        </w:tc>
        <w:tc>
          <w:tcPr>
            <w:tcW w:w="1843" w:type="dxa"/>
            <w:vMerge/>
          </w:tcPr>
          <w:p w:rsidR="005A5440" w:rsidRDefault="005A5440"/>
        </w:tc>
        <w:tc>
          <w:tcPr>
            <w:tcW w:w="1627" w:type="dxa"/>
            <w:vMerge/>
          </w:tcPr>
          <w:p w:rsidR="005A5440" w:rsidRDefault="005A5440"/>
        </w:tc>
      </w:tr>
    </w:tbl>
    <w:p w:rsidR="005A5440" w:rsidRDefault="005A5440" w:rsidP="008F19AA">
      <w:pPr>
        <w:spacing w:after="0" w:line="0" w:lineRule="auto"/>
      </w:pPr>
    </w:p>
    <w:tbl>
      <w:tblPr>
        <w:tblStyle w:val="aff0"/>
        <w:tblW w:w="0" w:type="auto"/>
        <w:tblLayout w:type="fixed"/>
        <w:tblLook w:val="04A0" w:firstRow="1" w:lastRow="0" w:firstColumn="1" w:lastColumn="0" w:noHBand="0" w:noVBand="1"/>
      </w:tblPr>
      <w:tblGrid>
        <w:gridCol w:w="1667"/>
        <w:gridCol w:w="1417"/>
        <w:gridCol w:w="1417"/>
        <w:gridCol w:w="2268"/>
        <w:gridCol w:w="1843"/>
        <w:gridCol w:w="1627"/>
      </w:tblGrid>
      <w:tr w:rsidR="005A5440">
        <w:trPr>
          <w:tblHeader/>
        </w:trPr>
        <w:tc>
          <w:tcPr>
            <w:tcW w:w="1667" w:type="dxa"/>
          </w:tcPr>
          <w:p w:rsidR="005A5440" w:rsidRDefault="00380BFE">
            <w:pPr>
              <w:jc w:val="center"/>
            </w:pPr>
            <w:r>
              <w:t>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4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6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-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-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 w:rsidRPr="00607170">
        <w:tc>
          <w:tcPr>
            <w:tcW w:w="10239" w:type="dxa"/>
            <w:gridSpan w:val="6"/>
          </w:tcPr>
          <w:p w:rsidR="005A5440" w:rsidRPr="00D20CD6" w:rsidRDefault="00380BFE">
            <w:pPr>
              <w:rPr>
                <w:lang w:val="ru-RU"/>
              </w:rPr>
            </w:pPr>
            <w:r w:rsidRPr="00D20CD6">
              <w:rPr>
                <w:rStyle w:val="BigStyle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5A5440" w:rsidRPr="00607170">
        <w:tc>
          <w:tcPr>
            <w:tcW w:w="1667" w:type="dxa"/>
            <w:vMerge w:val="restart"/>
          </w:tcPr>
          <w:p w:rsidR="005A5440" w:rsidRPr="00D20CD6" w:rsidRDefault="00380BFE">
            <w:pPr>
              <w:jc w:val="center"/>
              <w:rPr>
                <w:lang w:val="ru-RU"/>
              </w:rPr>
            </w:pPr>
            <w:r w:rsidRPr="00D20CD6">
              <w:rPr>
                <w:lang w:val="ru-RU"/>
              </w:rPr>
              <w:t>Обозначение характерных точек части границы</w:t>
            </w:r>
          </w:p>
        </w:tc>
        <w:tc>
          <w:tcPr>
            <w:tcW w:w="2834" w:type="dxa"/>
            <w:gridSpan w:val="2"/>
          </w:tcPr>
          <w:p w:rsidR="005A5440" w:rsidRDefault="00380BFE">
            <w:pPr>
              <w:jc w:val="center"/>
            </w:pPr>
            <w:r>
              <w:t>Координаты, м</w:t>
            </w:r>
          </w:p>
        </w:tc>
        <w:tc>
          <w:tcPr>
            <w:tcW w:w="2268" w:type="dxa"/>
            <w:vMerge w:val="restart"/>
          </w:tcPr>
          <w:p w:rsidR="005A5440" w:rsidRPr="00D20CD6" w:rsidRDefault="00380BFE">
            <w:pPr>
              <w:jc w:val="center"/>
              <w:rPr>
                <w:lang w:val="ru-RU"/>
              </w:rPr>
            </w:pPr>
            <w:r w:rsidRPr="00D20CD6">
              <w:rPr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843" w:type="dxa"/>
            <w:vMerge w:val="restart"/>
          </w:tcPr>
          <w:p w:rsidR="005A5440" w:rsidRPr="00D20CD6" w:rsidRDefault="00380BFE">
            <w:pPr>
              <w:jc w:val="center"/>
              <w:rPr>
                <w:lang w:val="ru-RU"/>
              </w:rPr>
            </w:pPr>
            <w:r w:rsidRPr="00D20CD6">
              <w:rPr>
                <w:lang w:val="ru-RU"/>
              </w:rPr>
              <w:t>Средняя квадратическая погрешность положения характерной точки (</w:t>
            </w:r>
            <w:r>
              <w:t>Mt</w:t>
            </w:r>
            <w:r w:rsidRPr="00D20CD6">
              <w:rPr>
                <w:lang w:val="ru-RU"/>
              </w:rPr>
              <w:t>), м</w:t>
            </w:r>
          </w:p>
        </w:tc>
        <w:tc>
          <w:tcPr>
            <w:tcW w:w="1627" w:type="dxa"/>
            <w:vMerge w:val="restart"/>
          </w:tcPr>
          <w:p w:rsidR="005A5440" w:rsidRPr="00D20CD6" w:rsidRDefault="00380BFE">
            <w:pPr>
              <w:jc w:val="center"/>
              <w:rPr>
                <w:lang w:val="ru-RU"/>
              </w:rPr>
            </w:pPr>
            <w:r w:rsidRPr="00D20CD6">
              <w:rPr>
                <w:lang w:val="ru-RU"/>
              </w:rPr>
              <w:t>Описание обозначения точки на местности (при наличии)</w:t>
            </w:r>
          </w:p>
        </w:tc>
      </w:tr>
      <w:tr w:rsidR="005A5440">
        <w:tc>
          <w:tcPr>
            <w:tcW w:w="1667" w:type="dxa"/>
            <w:vMerge/>
          </w:tcPr>
          <w:p w:rsidR="005A5440" w:rsidRPr="00D20CD6" w:rsidRDefault="005A5440">
            <w:pPr>
              <w:rPr>
                <w:lang w:val="ru-RU"/>
              </w:rPr>
            </w:pP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X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Y</w:t>
            </w:r>
          </w:p>
        </w:tc>
        <w:tc>
          <w:tcPr>
            <w:tcW w:w="2268" w:type="dxa"/>
            <w:vMerge/>
          </w:tcPr>
          <w:p w:rsidR="005A5440" w:rsidRDefault="005A5440"/>
        </w:tc>
        <w:tc>
          <w:tcPr>
            <w:tcW w:w="1843" w:type="dxa"/>
            <w:vMerge/>
          </w:tcPr>
          <w:p w:rsidR="005A5440" w:rsidRDefault="005A5440"/>
        </w:tc>
        <w:tc>
          <w:tcPr>
            <w:tcW w:w="1627" w:type="dxa"/>
            <w:vMerge/>
          </w:tcPr>
          <w:p w:rsidR="005A5440" w:rsidRDefault="005A5440"/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4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6</w:t>
            </w:r>
          </w:p>
        </w:tc>
      </w:tr>
      <w:tr w:rsidR="005A5440">
        <w:tc>
          <w:tcPr>
            <w:tcW w:w="10239" w:type="dxa"/>
            <w:gridSpan w:val="6"/>
          </w:tcPr>
          <w:p w:rsidR="005A5440" w:rsidRDefault="00380BFE">
            <w:r>
              <w:t>Часть №1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389162.30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2356500.95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389179.55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2356514.20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389194.30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2356529.95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389204.80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2356551.20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389208.05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2356567.20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389211.80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2356593.45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389212.55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2356620.45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389212.55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2356626.95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389211.30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2356658.20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389200.81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2356725.21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389199.56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2356746.96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389192.06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2356836.71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389194.56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2356862.71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389203.32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2356916.71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389214.07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2356960.96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389210.24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2356978.25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389084.55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2356999.20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389015.30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2357007.95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388985.55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2357013.45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388961.55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2357007.45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388941.30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2356992.95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388910.80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2356910.20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388888.55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2356843.70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388886.05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2356837.45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388885.55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2356836.20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388830.80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2356689.70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388769.42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2356521.65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388767.22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2356515.76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388763.55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2356505.95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388762.05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2356499.95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388826.88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2356510.38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388856.57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2356507.70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388943.58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2356506.75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388993.05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2356501.70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389061.30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2356494.70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389108.05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2356487.20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389131.30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2356491.20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389162.30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2356500.95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0239" w:type="dxa"/>
            <w:gridSpan w:val="6"/>
          </w:tcPr>
          <w:p w:rsidR="005A5440" w:rsidRDefault="00380BFE">
            <w:r>
              <w:t>Часть №2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389243.44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2356989.18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389250.21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2356991.54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389241.49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2357003.01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389234.18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2357017.10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389224.93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2357080.60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389222.43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2357100.35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389216.67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2357140.65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389221.30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2357156.45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389244.80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2357200.70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389269.80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2357239.70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389295.80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2357291.20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389315.30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2357334.70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389338.55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2357405.45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389359.07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2357430.08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389296.12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2357470.56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389231.67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2357479.71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54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389168.02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2357465.17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389058.26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2357501.13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388961.71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2357439.02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388850.37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2357525.55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388736.59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2357595.49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388597.11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2357744.47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388580.30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2357746.20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388559.30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2357714.45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388540.19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2357683.01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388534.36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2357673.84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388520.56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2357652.25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388500.30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2357614.70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388493.80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2357592.95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388491.30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2357585.95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388487.30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2357580.70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388480.55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2357561.95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388469.80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2357525.20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388462.05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2357489.45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388459.05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2357465.95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388457.80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2357434.95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388455.05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2357410.70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388449.55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2357387.95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388438.55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2357365.70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388420.80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2357338.95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388394.80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2357304.70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388379.80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2357288.20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388310.55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2357269.95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388302.29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2357267.67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388246.30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2357252.20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388210.80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2357239.95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388199.80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2357239.95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388164.30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2357232.95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388124.30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2357222.95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388078.05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2357217.20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388046.80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2357213.20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388035.55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2357213.20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388008.05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2357217.70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387980.30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2357223.45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387962.30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2357231.70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387953.55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2357236.20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387938.30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2357240.70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387933.80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2357231.20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387934.55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2357218.45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387931.30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2357192.95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387923.55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2357177.70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387914.80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2357163.70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387908.55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2357161.20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387883.05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2357155.45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102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387848.05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2357151.20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387827.05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2357148.95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104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387821.53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2357150.10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387816.51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2357149.89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106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387814.38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2357149.75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107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387808.14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2357149.33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108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387795.30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2357148.45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387704.55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2357133.20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110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387680.55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2357130.70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387645.55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2357124.95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387637.80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2357124.95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387610.25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2357124.40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114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387579.25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2357123.65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387520.20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2357113.73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116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387344.72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2357059.47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387242.82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2357136.09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387131.12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2357128.89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387021.71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2357178.22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386789.59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2357313.81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386727.00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2357338.31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122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386589.76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2357315.10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123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386501.17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2357347.93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124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386467.92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2357394.68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386437.67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2357432.43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126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386408.42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2357467.68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127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386324.67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2357438.93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386286.08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2357443.60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129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386267.91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2357481.50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386217.50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2357720.70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386218.13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2357724.97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132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386218.89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2357730.65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386220.50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2357737.18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386223.12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2357742.69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135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386225.09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2357748.26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386225.52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2357755.62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386224.17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2357765.44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386180.67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2357873.19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139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386177.17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2357883.19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386175.17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2357889.19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386036.85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2358299.31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386039.66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2358490.74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386039.84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2358529.16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386045.43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2358546.20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386077.18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2358609.70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386128.68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2358711.20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147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386181.18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2358821.70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386201.93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2358869.70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149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386203.93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2358874.70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386205.43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2358878.70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386220.93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2358918.95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152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386230.68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2358969.20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153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386231.18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2359021.20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154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386227.93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2359059.45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386218.68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2359094.95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386199.43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2359155.20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386135.93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2359297.96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386099.43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2359398.71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386087.18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2359442.21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160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385960.44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2359567.78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385910.31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2359588.60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162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385846.05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2359614.30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163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385765.13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2359616.13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385766.42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2359658.12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385760.08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2359668.18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166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385758.85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2359668.55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385758.84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2359668.51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385742.50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2359673.40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169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385716.25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2359684.65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170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385705.75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2359692.90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385702.50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2359698.65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385696.47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2359697.14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385657.86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2359677.90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174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385567.38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2359885.86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385456.25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2360101.76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176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385254.64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2360338.30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177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385145.10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2360452.60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178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385063.28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2360491.79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384966.68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2360533.21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384915.81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2360567.89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181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384650.90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2360685.31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384654.00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2360809.65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384653.25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2360883.65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184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384654.50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2360956.15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185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384660.25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2361003.90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384659.75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2361031.15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187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384650.75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2361074.65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188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384637.75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2361121.90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384620.25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2361162.15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384614.00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2361213.40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191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384614.50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2361258.40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192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384619.75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2361313.65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384629.25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2361390.65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194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384633.50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2361473.40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384635.00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2361539.65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384640.00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2361602.40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384638.00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2361659.15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384605.93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2361704.78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199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384605.93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2361746.78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384607.65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2361746.78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384600.45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2361772.72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202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384591.95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2361843.18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384583.45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2361848.22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204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384505.25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2361902.65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384488.99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2361913.33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206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384458.25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2361867.72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207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384423.42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2361891.19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208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384454.16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2361936.80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384427.45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2361954.97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210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384413.45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2361962.22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384406.55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2361967.29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384364.70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2362008.22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384356.20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2362017.72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214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384341.20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2362032.72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384296.95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2362065.47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216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384277.14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2362076.09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383966.60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2362174.89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383957.35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2362179.39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383954.15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2362187.74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383922.13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2362336.32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383915.58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2362346.16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222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383770.95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2362450.40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223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383750.00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2362520.90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224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383731.21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2362604.47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383695.71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2362746.72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226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383677.21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2362850.97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227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383661.96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2363025.47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383663.21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2363095.22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229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383674.71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2363166.72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383686.99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2363317.55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383330.79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2363471.13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232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383169.49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2363546.94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383130.19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2363533.47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383101.72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2363535.22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235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383083.28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2363562.42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383117.19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2363571.66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382974.31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2363640.06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382975.25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2363624.90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239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382977.71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2363582.97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382974.75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2363496.65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382971.50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2363423.94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382970.99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2363416.49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383019.57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2363040.56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383039.14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2362989.16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383041.75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2362981.65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383060.46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2362942.47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247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383099.46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2362891.72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383111.21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2362882.47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249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383141.96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2362860.97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383148.96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2362857.22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383233.71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2362811.97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252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383246.46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2362801.97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253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383245.96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2362794.97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254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383233.71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2362771.72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383202.46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2362739.72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383175.71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2362709.72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383158.67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2362691.48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383168.75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2362678.65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383178.25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2362672.90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260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383196.75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2362662.15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383233.50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2362650.65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262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383270.25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2362639.15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263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383324.75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2362625.90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383348.25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2362622.15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383376.25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2362619.40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266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383406.50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2362625.90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383416.75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2362626.40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383430.25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2362618.90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269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383434.00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2362615.15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270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383435.25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2362613.90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383454.50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2362594.40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383468.75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2362579.90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383472.00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2362571.90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274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383472.75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2362570.15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383480.75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2362550.65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276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383489.00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2362514.15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277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383495.50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2362486.90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278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383499.75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2362470.15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383503.75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2362455.90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383504.25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2362445.65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281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383501.00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2362427.15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383501.75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2362416.65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383513.75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2362392.65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284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383531.00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2362362.15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285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383544.25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2362342.40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383550.75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2362334.40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287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383558.75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2362324.65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288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383573.75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2362314.65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383591.00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2362303.90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383613.00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2362298.15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291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383638.50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2362294.40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292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383671.50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2362292.40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383681.25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2362290.65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294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383704.00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2362281.65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383714.75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2362271.40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383722.75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2362261.65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383730.25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2362249.15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383744.75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2362235.15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299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383759.00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2362217.90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383775.50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2362194.40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383785.00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2362181.15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302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383796.25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2362140.40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383814.75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2362109.40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304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383822.50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2362095.90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383846.50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2362057.40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306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383859.25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2362027.40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307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383861.44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2362021.55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308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383862.01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2362019.31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383863.00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2362015.47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310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383864.45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2362011.97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383867.95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2362004.97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383879.50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2361988.15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383894.25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2361963.40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314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383907.50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2361946.90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383923.00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2361929.65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316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383932.75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2361920.90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383958.85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2361907.53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384071.75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2361861.52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384089.08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2361861.10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384097.11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2361874.20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384094.15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2361886.03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322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384097.95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2361913.08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323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384040.90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2361974.78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324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384027.38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2361992.53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384020.62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2362010.70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326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384032.87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2362013.23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327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384054.85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2361997.60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384077.67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2361999.71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329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384097.53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2362005.20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384146.13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2361993.79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384169.28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2361974.60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332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384199.79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2361945.20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384246.70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2361925.33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384282.20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2361927.87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335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384321.92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2361899.13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384332.48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2361875.05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384373.47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2361845.04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384426.72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2361799.83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339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384435.59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2361767.71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384470.67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2361743.62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384505.74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2361741.51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384525.60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2361723.76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384531.94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2361699.25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384522.44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2361652.77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384501.94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2361617.27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384490.53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2361629.53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347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384480.39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2361650.66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384468.56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2361654.88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349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384465.60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2361637.56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384468.56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2361598.26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384465.60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2361523.04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352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384463.48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2361509.51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353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384453.34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2361491.34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354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384452.92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2361480.78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384462.64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2361471.06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384468.98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2361451.62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384458.84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2361392.46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384427.99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2361332.45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384413.41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2361272.87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360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384409.64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2361266.25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384411.51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2361250.47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362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384399.67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2361221.52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363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384407.28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2361210.75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384407.49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2361200.82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384395.03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2361190.68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366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384395.03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2361183.70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384391.01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2361175.46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384394.82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2361155.60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369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384386.36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2361146.94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370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384382.56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2361134.05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384391.01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2361128.34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384393.34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2361118.20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384388.05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2361102.78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374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384397.56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2361085.03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384401.79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2361052.07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376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384393.97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2361041.72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377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384384.75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2361037.15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378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384380.00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2361032.15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384374.00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2361029.15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384365.02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2361011.08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381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384333.33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2360981.92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384322.55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2360946.21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384318.96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2360929.94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384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384306.50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2360898.67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385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384306.28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2360876.91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384313.89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2360850.50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387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384311.57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2360829.79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388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384304.38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2360811.20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384296.99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2360772.95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384282.20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2360759.43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391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384266.98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2360728.58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392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384261.91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2360704.07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384266.98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2360672.80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394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384308.82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2360627.16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384352.77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2360608.15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384369.67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2360596.74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384400.10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2360541.96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384418.31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2360532.86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384449.00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2360486.64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384485.58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2360459.47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384490.90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2360433.65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402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384507.95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2360423.98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384559.24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2360452.53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404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384595.71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2360454.91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384653.31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2360433.00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406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384670.03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2360417.97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407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384667.89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2360395.12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408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384688.73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2360345.80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384774.86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2360318.05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410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384790.98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2360321.62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384827.68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2360318.56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384864.92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2360306.99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384870.76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2360283.82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414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384892.61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2360261.32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384896.89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2360248.45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416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384909.04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2360241.25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384925.75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2360242.30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384948.97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2360230.46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384961.28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2360234.78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384979.97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2360213.80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385001.19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2360217.76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422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385007.94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2360227.11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423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385018.45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2360237.02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424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385031.76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2360239.01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385039.68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2360234.79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426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385052.12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2360219.76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427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385052.50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2360218.90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385052.50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2360211.15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429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385046.75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2360197.40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385056.79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2360171.83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385060.15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2360135.46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432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385071.95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2360117.36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385071.58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2360103.58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385054.68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2360075.48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435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385045.13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2360065.95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385037.10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2360066.54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385024.81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2360069.89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385019.03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2360065.30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439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385016.25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2360055.90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385009.30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2360048.81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384996.19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2360039.43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384991.86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2360026.17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384977.75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2360009.90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384977.45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2360006.60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384992.98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2359995.30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384995.01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2359990.62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447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384994.35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2359983.78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385013.17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2359952.91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449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385029.64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2359943.33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385041.87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2359940.77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385049.83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2359946.65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452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385056.51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2359946.56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453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385058.69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2359942.69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454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385072.09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2359945.71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385082.67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2359941.42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385088.27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2359934.97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385092.76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2359924.47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385099.11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2359916.86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385100.41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2359914.10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460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385103.50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2359904.90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385104.82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2359888.91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462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385109.69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2359880.84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463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385111.98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2359864.85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385112.32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2359849.08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385114.35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2359840.65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466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385115.76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2359840.05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385118.79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2359838.75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385121.19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2359838.75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469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385121.77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2359838.75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470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385130.86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2359838.75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385139.11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2359840.02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385144.83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2359833.67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385147.37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2359826.68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474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385147.75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2359825.65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385146.50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2359813.40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476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385148.78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2359769.20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477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385159.36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2359727.43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478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385182.57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2359714.31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385213.40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2359682.52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385222.93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2359679.23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481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385258.80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2359683.49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385275.40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2359693.99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385286.79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2359710.34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484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385297.09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2359715.37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485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385321.86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2359710.10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385331.98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2359704.08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487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385339.17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2359694.90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488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385399.97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2359684.69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385420.50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2359677.92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385430.58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2359664.19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491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385418.96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2359644.23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492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385420.09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2359637.65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385433.31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2359625.33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494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385436.90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2359617.35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385443.09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2359564.83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385440.19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2359538.91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385442.79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2359530.60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385441.13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2359524.43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499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385430.55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2359504.40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385428.82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2359496.39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385433.13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2359485.91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502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385455.91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2359455.42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385463.33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2359428.59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504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385472.25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2359418.90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385472.27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2359410.64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506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385442.62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2359377.82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507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385436.65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2359365.48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508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385430.42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2359362.57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385421.26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2359353.38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510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385423.57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2359351.40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385439.95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2359352.15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385451.91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2359337.45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385476.53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2359338.57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514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385485.46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2359323.88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385506.07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2359316.51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516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385511.21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2359301.52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385517.00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2359295.40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385518.25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2359281.15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385531.37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2359266.93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385542.75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2359268.59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385551.31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2359272.29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522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385573.44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2359263.42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523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385584.19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2359252.29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524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385579.25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2359232.65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385579.79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2359217.06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526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385553.47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2359175.31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527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385541.00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2359161.65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385511.25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2359151.65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529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385465.77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2359145.32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385463.31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2359140.10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385469.56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2359128.71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532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385484.12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2359121.61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385486.30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2359110.55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385492.83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2359100.46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535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385497.37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2359088.08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385519.28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2359086.45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385541.10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2359079.80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385555.79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2359082.14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539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385567.47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2359073.54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385575.81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2359057.78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385586.90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2359054.43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385593.68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2359064.88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385614.26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2359079.31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385647.06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2359082.48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385661.42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2359075.81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385662.98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2359060.02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547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385660.03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2359046.92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385649.46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2359034.45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549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385632.77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2359033.18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385621.75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2359046.15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385610.04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2359042.60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552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385608.86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2359034.99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553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385625.51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2359010.05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554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385647.41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2358999.52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385673.05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2359002.07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385687.74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2358999.25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385714.04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2358986.16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385733.31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2358962.46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385729.96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2358951.62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560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385716.18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2358943.09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385711.50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2358944.65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562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385693.50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2358954.90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563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385681.58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2358951.94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385659.60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2358930.92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385621.99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2358908.52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566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385613.35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2358898.89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385619.94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2358887.97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385628.97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2358877.14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569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385622.73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2358861.40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570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385620.41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2358841.65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385623.37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2358823.27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385617.19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2358817.73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385641.63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2358813.56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574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385663.87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2358825.11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385670.72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2358817.15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576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385668.75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2358807.67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577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385660.40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2358801.15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578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385670.12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2358791.76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385678.20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2358743.82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385675.13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2358732.30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581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385666.15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2358725.75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385682.26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2358684.95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385683.19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2358670.85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584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385680.52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2358654.34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585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385675.66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2358643.56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385670.70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2358640.29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587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385667.42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2358641.45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588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385660.25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2358651.90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385651.34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2358659.27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385638.60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2358663.24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591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385631.71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2358660.80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592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385627.25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2358650.45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385629.33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2358638.90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594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385642.59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2358631.68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385655.69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2358611.65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385655.91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2358605.95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385649.57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2358599.51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385643.65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2358597.50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599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385635.73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2358597.29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385626.01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2358602.57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385611.22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2358608.91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602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385549.31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2358589.89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385517.75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2358586.65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604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385513.75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2358591.30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385520.57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2358609.33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606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385515.40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2358616.20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607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385494.83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2358605.43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608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385479.48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2358589.79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385480.90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2358581.27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610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385496.10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2358582.36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385504.82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2358575.32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385508.36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2358565.19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385496.59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2358553.86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614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385489.00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2358549.65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385476.73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2358546.69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616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385460.50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2358546.40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385440.75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2358553.15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385433.11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2358549.24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385434.25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2358537.02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385445.03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2358508.73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385490.99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2358446.66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622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385489.83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2358436.81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623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385482.54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2358430.79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624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385473.77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2358428.68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385464.79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2358426.57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626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385456.34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2358409.87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627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385442.40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2358394.45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385432.73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2358377.11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629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385432.37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2358342.60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385424.43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2358328.10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385409.72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2358316.50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632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385383.20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2358286.03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385372.64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2358283.41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385368.40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2358286.55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635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385364.13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2358285.24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385364.25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2358278.90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385369.98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2358274.18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385375.96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2358253.76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639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385562.64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2357946.41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385593.76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2357894.97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385612.81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2357863.22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385615.34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2357859.42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385618.78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2357854.14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385663.73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2357780.20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385670.74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2357768.36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385679.48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2357753.36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647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385652.12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2357675.60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385619.15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2357581.91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649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385607.22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2357548.41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385584.63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2357484.94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385572.80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2357451.73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652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385561.99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2357420.61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653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385573.82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2357410.99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654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385585.86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2357374.76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385576.14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2357358.07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385549.73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2357338.63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385514.87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2357333.77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385466.27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2357315.39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385436.37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2357259.79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660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385394.01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2357248.20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385366.97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2357252.84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662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385337.25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2357280.10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663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385303.34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2357283.42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385289.33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2357265.25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385285.79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2357254.06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666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385303.00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2357249.08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385328.09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2357246.14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385347.10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2357218.62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669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385357.25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2357164.52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670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385393.59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2357121.84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385466.48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2357072.61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385534.31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2357005.00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385577.62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2357001.83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674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385617.13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2357030.14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385652.21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2357045.36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676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385667.84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2357060.99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677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385689.82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2357101.14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678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385721.09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2357121.00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385767.84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2357120.03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385840.46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2357174.80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681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385918.35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2357197.83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385969.41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2357200.92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386002.17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2357198.71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684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386021.07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2357192.38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685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386038.20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2357202.23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386053.30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2357255.70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687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386060.44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2357258.89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688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386117.65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2357263.40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386148.32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2357252.42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386184.24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2357274.40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691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386230.30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2357277.78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692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386273.83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2357270.59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386303.41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2357273.13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694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386321.58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2357260.45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386332.14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2357256.23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386359.61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2357254.54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386360.03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2357239.74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386364.68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2357226.22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699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386396.38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2357222.42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386425.11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2357200.44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386499.49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2357137.06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702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386503.29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2357127.97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386524.84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2357134.52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704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386574.70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2357140.02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386597.52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2357131.99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706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386616.12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2357115.93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707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386623.72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2357094.80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708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386628.37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2357092.69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386634.92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2357107.05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710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386644.85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2357107.05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386668.94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2357119.31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386706.97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2357132.62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386730.21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2357131.35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714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386744.42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2357125.67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386747.54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2357118.04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716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386773.11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2357101.77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386789.80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2357096.07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386812.62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2357099.02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386825.72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2357096.49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386830.37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2357098.18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386832.90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2357110.86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722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386838.08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2357117.73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723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386845.58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2357112.12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724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386847.27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2357097.76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386843.89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2357088.04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726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386854.45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2357082.54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727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386877.67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2357087.58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386922.91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2357086.35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729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386942.23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2357083.09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386950.80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2357073.67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386981.65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2357063.53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732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386999.61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2357042.72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387000.46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2357021.33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386997.29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2356992.43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735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386998.85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2356977.90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387020.11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2356969.61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387035.32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2356971.20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387043.67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2356965.91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739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387056.03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2356942.88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387085.61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2356923.65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387107.79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2356916.26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387132.13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2356895.09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387161.04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2356887.31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387164.21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2356878.01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387161.22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2356854.88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387196.96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2356823.71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747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387213.23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2356782.30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387221.89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2356774.48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749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387241.12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2356768.57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387249.99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2356763.92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387252.74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2356753.56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752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387252.42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2356733.70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753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387263.30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2356725.36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754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387276.51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2356731.80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387296.90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2356731.48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387363.24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2356671.79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387402.97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2356648.55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387414.38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2356646.86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387423.25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2356641.37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760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387425.79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2356628.27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387451.14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2356610.94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762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387470.16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2356571.01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763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387480.51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2356566.36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387499.95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2356567.84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387522.13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2356551.57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766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387534.39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2356550.94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387558.26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2356540.16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387573.79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2356519.45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769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387616.58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2356492.72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770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387640.99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2356466.95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387678.91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2356465.79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387705.08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2356488.81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387730.52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2356490.24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774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387760.05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2356505.98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387770.82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2356530.65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776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387791.90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2356550.64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777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387824.17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2356568.87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778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387849.89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2356570.24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387851.33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2356610.10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387869.49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2356622.57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781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387885.55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2356605.45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387909.86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2356642.21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387935.46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2356693.99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784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387989.09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2356721.45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785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388041.41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2356736.10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388112.39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2356729.75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787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388124.53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2356736.67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788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388137.59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2356735.82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388228.61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2356774.85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388231.44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2356846.43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791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388251.09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2356882.66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792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388291.34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2356916.15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388364.21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2356934.65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794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388379.61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2356947.68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388389.90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2356970.58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388457.36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2357008.23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388570.77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2357024.75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388611.33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2357019.15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799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388708.43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2356942.46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388822.21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2356877.17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388876.51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2356859.21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802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388894.80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2356915.70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388926.80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2357002.95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804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388937.30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2357011.70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388954.55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2357022.95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806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388969.55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2357027.20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807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388985.05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2357030.95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808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389017.80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2357024.95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389087.05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2357016.20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810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389153.80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2357003.95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389234.80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2356991.70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389243.44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2356989.18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0239" w:type="dxa"/>
            <w:gridSpan w:val="6"/>
          </w:tcPr>
          <w:p w:rsidR="005A5440" w:rsidRDefault="00380BFE">
            <w:r>
              <w:t>Часть №3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380034.90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2369910.90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380064.65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2369933.65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814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380095.90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2369961.65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380126.40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2369985.15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816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380143.40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2369995.90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380167.65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2370006.15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380189.15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2370008.65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380199.90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2370008.65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380213.90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2370002.90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380223.15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2369993.65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822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380211.40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2370041.65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823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380184.65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2370150.90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824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380166.90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2370140.65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380144.15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2370125.40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826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380101.65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2370097.40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827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380022.90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2370052.40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379989.90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2370028.90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829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379943.40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2370000.90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379901.40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2369977.40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379859.65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2369951.40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832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379827.15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2369929.90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379808.15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2369910.15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379795.40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2369891.65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835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379781.40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2369868.90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379771.90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2369856.90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379754.90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2369843.40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379728.90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2369832.65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839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379677.90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2369816.15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379644.90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2369805.40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379621.40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2369792.65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379594.15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2369772.40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379581.40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2369759.15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379559.90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2369746.90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379524.90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2369736.90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379488.01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2369727.43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847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379481.90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2369728.40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379474.15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2369726.65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849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379416.40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2369708.90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379364.40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2369695.65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379299.65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2369677.65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852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379269.65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2369672.65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853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379260.90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2369678.40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854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379251.40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2369679.15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379224.65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2369682.90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379206.90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2369680.90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379274.15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2369590.90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379283.65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2369591.40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379290.65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2369591.40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860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379296.90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2369589.40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379303.40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2369582.40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862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379313.40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2369571.65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863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379311.65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2369562.90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379305.15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2369559.15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379297.65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2369562.90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866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379291.90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2369567.90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379335.64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2369512.68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379469.77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2369545.88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869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379490.01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2369572.97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870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379502.65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2369581.15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379528.65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2369592.65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379581.40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2369615.65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379611.40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2369628.15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874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379624.65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2369633.90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379634.90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2369637.15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876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379644.40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2369638.40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877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379651.40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2369642.15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878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379658.40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2369647.90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879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379674.90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2369664.40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379683.65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2369673.40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881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379700.90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2369691.15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379731.40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2369708.15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379764.90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2369726.15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884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379793.65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2369742.65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885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379831.15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2369766.15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886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379857.15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2369783.90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887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379887.65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2369805.40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888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379921.15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2369827.65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379971.90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2369861.40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379991.15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2369873.40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891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380016.40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2369896.15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380034.90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2369910.90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0239" w:type="dxa"/>
            <w:gridSpan w:val="6"/>
          </w:tcPr>
          <w:p w:rsidR="005A5440" w:rsidRDefault="00380BFE">
            <w:r>
              <w:t>Часть №4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892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379710.33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2370648.38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893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379856.97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2370720.74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894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379910.98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2370744.04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379911.43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2370760.68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896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379886.50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2370796.60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379857.34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2370837.59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898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379837.48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2370879.43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379826.28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2370913.66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900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379807.26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2371001.76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901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379806.31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2371169.11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902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379791.42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2371209.04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379732.78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2371324.09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904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379687.78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2371420.77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379676.90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2371417.90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906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379602.65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2371401.40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907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379534.90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2371381.90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908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379506.18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2371372.50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909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379466.90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2371359.65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910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379395.47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2371326.02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911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379296.19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2371287.41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912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379239.81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2371285.64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913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378940.99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2371258.94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914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378750.24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2371236.95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378660.22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2371106.88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916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378534.41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2371036.38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917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378404.51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2371060.24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378401.48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2370371.33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919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378475.43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2370368.08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920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378467.15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2370403.65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378466.68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2370436.25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922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378472.32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2370447.01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923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378507.63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2370450.19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924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378511.61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2370457.14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378498.89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2370513.05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926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378502.29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2370545.38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927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378527.88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2370595.04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928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378558.03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2370628.07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929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378616.21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2370685.99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930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378630.40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2370694.15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931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378655.40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2370721.40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932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378662.40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2370738.40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378712.05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2370733.23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934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378744.49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2370729.38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935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378792.90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2370721.15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378895.65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2370706.40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937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378912.71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2370700.13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938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378917.83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2370696.00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939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378919.52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2370688.67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940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378917.36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2370658.51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378917.95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2370605.18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942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378925.83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2370541.50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943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378931.67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2370476.54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944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378934.55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2370474.10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945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379039.15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2370466.80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946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379168.36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2370457.48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947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379278.97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2370472.53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948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379285.82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2370469.88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949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379292.65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2370411.90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lastRenderedPageBreak/>
              <w:t>950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379288.15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2370400.40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951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379281.15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2370392.15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952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379269.65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2370385.90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953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379257.65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2370382.65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954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379210.65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2370376.90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955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379161.65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2370369.40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956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379138.15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2370364.15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957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379125.65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2370359.65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958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379104.65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2370340.15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959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379084.90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2370336.15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960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379027.65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2370338.15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961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378982.65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2370346.40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962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378965.80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2370351.09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963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378963.90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2370315.60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964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379044.08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2370301.97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379145.18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2370301.97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966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379271.65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2370335.54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967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379315.66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2370350.95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968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379388.03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2370414.06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969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379448.41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2370446.52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970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379471.22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2370444.21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971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379487.32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2370449.64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972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379505.25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2370472.48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973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379508.04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2370480.84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974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379539.16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2370518.27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975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379570.99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2370564.90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976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379615.74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2370606.69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>
        <w:tc>
          <w:tcPr>
            <w:tcW w:w="1667" w:type="dxa"/>
          </w:tcPr>
          <w:p w:rsidR="005A5440" w:rsidRDefault="00380BFE">
            <w:pPr>
              <w:jc w:val="center"/>
            </w:pPr>
            <w:r>
              <w:t>892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379710.33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2370648.38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Картометрический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5.00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</w:tbl>
    <w:p w:rsidR="00244915" w:rsidRDefault="00244915" w:rsidP="00244915">
      <w:pPr>
        <w:spacing w:after="0" w:line="240" w:lineRule="auto"/>
        <w:jc w:val="center"/>
        <w:rPr>
          <w:rStyle w:val="BigStyle"/>
        </w:rPr>
      </w:pPr>
    </w:p>
    <w:p w:rsidR="005A5440" w:rsidRDefault="00380BFE" w:rsidP="00244915">
      <w:pPr>
        <w:spacing w:after="0" w:line="300" w:lineRule="auto"/>
        <w:jc w:val="center"/>
      </w:pPr>
      <w:r>
        <w:rPr>
          <w:rStyle w:val="BigStyle"/>
        </w:rPr>
        <w:t>Раздел 3</w:t>
      </w:r>
    </w:p>
    <w:tbl>
      <w:tblPr>
        <w:tblStyle w:val="aff0"/>
        <w:tblW w:w="10239" w:type="dxa"/>
        <w:tblLayout w:type="fixed"/>
        <w:tblLook w:val="04A0" w:firstRow="1" w:lastRow="0" w:firstColumn="1" w:lastColumn="0" w:noHBand="0" w:noVBand="1"/>
      </w:tblPr>
      <w:tblGrid>
        <w:gridCol w:w="1667"/>
        <w:gridCol w:w="1417"/>
        <w:gridCol w:w="1417"/>
        <w:gridCol w:w="2268"/>
        <w:gridCol w:w="1843"/>
        <w:gridCol w:w="1627"/>
      </w:tblGrid>
      <w:tr w:rsidR="005A5440" w:rsidRPr="00607170" w:rsidTr="00244915">
        <w:tc>
          <w:tcPr>
            <w:tcW w:w="10239" w:type="dxa"/>
            <w:gridSpan w:val="6"/>
          </w:tcPr>
          <w:p w:rsidR="005A5440" w:rsidRPr="00D20CD6" w:rsidRDefault="00380BFE">
            <w:pPr>
              <w:jc w:val="center"/>
              <w:rPr>
                <w:lang w:val="ru-RU"/>
              </w:rPr>
            </w:pPr>
            <w:r w:rsidRPr="00D20CD6">
              <w:rPr>
                <w:rStyle w:val="BigStyle"/>
                <w:lang w:val="ru-RU"/>
              </w:rPr>
              <w:t>Сведения о местоположении измененных (уточненных) границ объекта</w:t>
            </w:r>
          </w:p>
        </w:tc>
      </w:tr>
      <w:tr w:rsidR="005A5440" w:rsidTr="00244915">
        <w:tc>
          <w:tcPr>
            <w:tcW w:w="10239" w:type="dxa"/>
            <w:gridSpan w:val="6"/>
          </w:tcPr>
          <w:p w:rsidR="005A5440" w:rsidRDefault="00380BFE">
            <w:r>
              <w:rPr>
                <w:rStyle w:val="BigStyle"/>
              </w:rPr>
              <w:t>1. Система координат</w:t>
            </w:r>
          </w:p>
        </w:tc>
      </w:tr>
      <w:tr w:rsidR="005A5440" w:rsidRPr="00607170" w:rsidTr="00244915">
        <w:tc>
          <w:tcPr>
            <w:tcW w:w="10239" w:type="dxa"/>
            <w:gridSpan w:val="6"/>
          </w:tcPr>
          <w:p w:rsidR="005A5440" w:rsidRPr="00D20CD6" w:rsidRDefault="00380BFE">
            <w:pPr>
              <w:rPr>
                <w:lang w:val="ru-RU"/>
              </w:rPr>
            </w:pPr>
            <w:r w:rsidRPr="00D20CD6">
              <w:rPr>
                <w:rStyle w:val="BigStyle"/>
                <w:lang w:val="ru-RU"/>
              </w:rPr>
              <w:t>2. Сведения о характерных точках границ объекта</w:t>
            </w:r>
          </w:p>
        </w:tc>
      </w:tr>
      <w:tr w:rsidR="005A5440" w:rsidRPr="00607170" w:rsidTr="00244915">
        <w:tc>
          <w:tcPr>
            <w:tcW w:w="1667" w:type="dxa"/>
            <w:vMerge w:val="restart"/>
          </w:tcPr>
          <w:p w:rsidR="005A5440" w:rsidRDefault="00380BFE">
            <w:pPr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2834" w:type="dxa"/>
            <w:gridSpan w:val="2"/>
          </w:tcPr>
          <w:p w:rsidR="005A5440" w:rsidRDefault="00380BFE">
            <w:pPr>
              <w:jc w:val="center"/>
            </w:pPr>
            <w:r>
              <w:t>Координаты, м</w:t>
            </w:r>
          </w:p>
        </w:tc>
        <w:tc>
          <w:tcPr>
            <w:tcW w:w="2268" w:type="dxa"/>
            <w:vMerge w:val="restart"/>
          </w:tcPr>
          <w:p w:rsidR="005A5440" w:rsidRPr="00D20CD6" w:rsidRDefault="00380BFE">
            <w:pPr>
              <w:jc w:val="center"/>
              <w:rPr>
                <w:lang w:val="ru-RU"/>
              </w:rPr>
            </w:pPr>
            <w:r w:rsidRPr="00D20CD6">
              <w:rPr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843" w:type="dxa"/>
            <w:vMerge w:val="restart"/>
          </w:tcPr>
          <w:p w:rsidR="005A5440" w:rsidRPr="00D20CD6" w:rsidRDefault="00380BFE">
            <w:pPr>
              <w:jc w:val="center"/>
              <w:rPr>
                <w:lang w:val="ru-RU"/>
              </w:rPr>
            </w:pPr>
            <w:r w:rsidRPr="00D20CD6">
              <w:rPr>
                <w:lang w:val="ru-RU"/>
              </w:rPr>
              <w:t>Средняя квадратическая погрешность положения характерной точки (</w:t>
            </w:r>
            <w:r>
              <w:t>Mt</w:t>
            </w:r>
            <w:r w:rsidRPr="00D20CD6">
              <w:rPr>
                <w:lang w:val="ru-RU"/>
              </w:rPr>
              <w:t>), м</w:t>
            </w:r>
          </w:p>
        </w:tc>
        <w:tc>
          <w:tcPr>
            <w:tcW w:w="1627" w:type="dxa"/>
            <w:vMerge w:val="restart"/>
          </w:tcPr>
          <w:p w:rsidR="005A5440" w:rsidRPr="00D20CD6" w:rsidRDefault="00380BFE">
            <w:pPr>
              <w:jc w:val="center"/>
              <w:rPr>
                <w:lang w:val="ru-RU"/>
              </w:rPr>
            </w:pPr>
            <w:r w:rsidRPr="00D20CD6">
              <w:rPr>
                <w:lang w:val="ru-RU"/>
              </w:rPr>
              <w:t>Описание обозначения точки на местности (при наличии)</w:t>
            </w:r>
          </w:p>
        </w:tc>
      </w:tr>
      <w:tr w:rsidR="005A5440" w:rsidTr="00244915">
        <w:tc>
          <w:tcPr>
            <w:tcW w:w="1667" w:type="dxa"/>
            <w:vMerge/>
          </w:tcPr>
          <w:p w:rsidR="005A5440" w:rsidRPr="00D20CD6" w:rsidRDefault="005A5440">
            <w:pPr>
              <w:rPr>
                <w:lang w:val="ru-RU"/>
              </w:rPr>
            </w:pP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X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Y</w:t>
            </w:r>
          </w:p>
        </w:tc>
        <w:tc>
          <w:tcPr>
            <w:tcW w:w="2268" w:type="dxa"/>
            <w:vMerge/>
          </w:tcPr>
          <w:p w:rsidR="005A5440" w:rsidRDefault="005A5440"/>
        </w:tc>
        <w:tc>
          <w:tcPr>
            <w:tcW w:w="1843" w:type="dxa"/>
            <w:vMerge/>
          </w:tcPr>
          <w:p w:rsidR="005A5440" w:rsidRDefault="005A5440"/>
        </w:tc>
        <w:tc>
          <w:tcPr>
            <w:tcW w:w="1627" w:type="dxa"/>
            <w:vMerge/>
          </w:tcPr>
          <w:p w:rsidR="005A5440" w:rsidRDefault="005A5440"/>
        </w:tc>
      </w:tr>
      <w:tr w:rsidR="005A5440" w:rsidTr="00244915">
        <w:tc>
          <w:tcPr>
            <w:tcW w:w="1667" w:type="dxa"/>
          </w:tcPr>
          <w:p w:rsidR="005A5440" w:rsidRDefault="00380BFE">
            <w:pPr>
              <w:jc w:val="center"/>
            </w:pPr>
            <w:r>
              <w:t>1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2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3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4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5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6</w:t>
            </w:r>
          </w:p>
        </w:tc>
      </w:tr>
      <w:tr w:rsidR="005A5440" w:rsidTr="00244915">
        <w:tc>
          <w:tcPr>
            <w:tcW w:w="166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  <w:tc>
          <w:tcPr>
            <w:tcW w:w="141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  <w:tc>
          <w:tcPr>
            <w:tcW w:w="2268" w:type="dxa"/>
          </w:tcPr>
          <w:p w:rsidR="005A5440" w:rsidRDefault="00380BFE">
            <w:pPr>
              <w:jc w:val="center"/>
            </w:pPr>
            <w:r>
              <w:t>-</w:t>
            </w:r>
          </w:p>
        </w:tc>
        <w:tc>
          <w:tcPr>
            <w:tcW w:w="1843" w:type="dxa"/>
          </w:tcPr>
          <w:p w:rsidR="005A5440" w:rsidRDefault="00380BFE">
            <w:pPr>
              <w:jc w:val="center"/>
            </w:pPr>
            <w:r>
              <w:t>-</w:t>
            </w:r>
          </w:p>
        </w:tc>
        <w:tc>
          <w:tcPr>
            <w:tcW w:w="1627" w:type="dxa"/>
          </w:tcPr>
          <w:p w:rsidR="005A5440" w:rsidRDefault="00380BFE">
            <w:pPr>
              <w:jc w:val="center"/>
            </w:pPr>
            <w:r>
              <w:t>-</w:t>
            </w:r>
          </w:p>
        </w:tc>
      </w:tr>
      <w:tr w:rsidR="005A5440" w:rsidRPr="00607170" w:rsidTr="00244915">
        <w:tc>
          <w:tcPr>
            <w:tcW w:w="10239" w:type="dxa"/>
            <w:gridSpan w:val="6"/>
          </w:tcPr>
          <w:p w:rsidR="005A5440" w:rsidRPr="00244915" w:rsidRDefault="00380BFE">
            <w:pPr>
              <w:rPr>
                <w:sz w:val="28"/>
                <w:lang w:val="ru-RU"/>
              </w:rPr>
            </w:pPr>
            <w:r w:rsidRPr="00244915">
              <w:rPr>
                <w:sz w:val="28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244915" w:rsidTr="00244915">
        <w:tc>
          <w:tcPr>
            <w:tcW w:w="1667" w:type="dxa"/>
          </w:tcPr>
          <w:p w:rsidR="00244915" w:rsidRDefault="00244915" w:rsidP="00244915">
            <w:pPr>
              <w:jc w:val="center"/>
            </w:pPr>
            <w:r>
              <w:t>1</w:t>
            </w:r>
          </w:p>
        </w:tc>
        <w:tc>
          <w:tcPr>
            <w:tcW w:w="1417" w:type="dxa"/>
          </w:tcPr>
          <w:p w:rsidR="00244915" w:rsidRDefault="00244915" w:rsidP="00244915">
            <w:pPr>
              <w:jc w:val="center"/>
            </w:pPr>
            <w:r>
              <w:t>2</w:t>
            </w:r>
          </w:p>
        </w:tc>
        <w:tc>
          <w:tcPr>
            <w:tcW w:w="1417" w:type="dxa"/>
          </w:tcPr>
          <w:p w:rsidR="00244915" w:rsidRDefault="00244915" w:rsidP="00244915">
            <w:pPr>
              <w:jc w:val="center"/>
            </w:pPr>
            <w:r>
              <w:t>3</w:t>
            </w:r>
          </w:p>
        </w:tc>
        <w:tc>
          <w:tcPr>
            <w:tcW w:w="2268" w:type="dxa"/>
          </w:tcPr>
          <w:p w:rsidR="00244915" w:rsidRDefault="00244915" w:rsidP="00244915">
            <w:pPr>
              <w:jc w:val="center"/>
            </w:pPr>
            <w:r>
              <w:t>4</w:t>
            </w:r>
          </w:p>
        </w:tc>
        <w:tc>
          <w:tcPr>
            <w:tcW w:w="1843" w:type="dxa"/>
          </w:tcPr>
          <w:p w:rsidR="00244915" w:rsidRDefault="00244915" w:rsidP="00244915">
            <w:pPr>
              <w:jc w:val="center"/>
            </w:pPr>
            <w:r>
              <w:t>5</w:t>
            </w:r>
          </w:p>
        </w:tc>
        <w:tc>
          <w:tcPr>
            <w:tcW w:w="1627" w:type="dxa"/>
          </w:tcPr>
          <w:p w:rsidR="00244915" w:rsidRDefault="00244915" w:rsidP="00244915">
            <w:pPr>
              <w:jc w:val="center"/>
            </w:pPr>
            <w:r>
              <w:t>6</w:t>
            </w:r>
          </w:p>
        </w:tc>
      </w:tr>
      <w:tr w:rsidR="00244915" w:rsidTr="00244915">
        <w:tc>
          <w:tcPr>
            <w:tcW w:w="1667" w:type="dxa"/>
          </w:tcPr>
          <w:p w:rsidR="00244915" w:rsidRDefault="00244915" w:rsidP="00244915">
            <w:pPr>
              <w:jc w:val="center"/>
            </w:pPr>
            <w:r>
              <w:t>-</w:t>
            </w:r>
          </w:p>
        </w:tc>
        <w:tc>
          <w:tcPr>
            <w:tcW w:w="1417" w:type="dxa"/>
          </w:tcPr>
          <w:p w:rsidR="00244915" w:rsidRDefault="00244915" w:rsidP="00244915">
            <w:pPr>
              <w:jc w:val="center"/>
            </w:pPr>
            <w:r>
              <w:t>-</w:t>
            </w:r>
          </w:p>
        </w:tc>
        <w:tc>
          <w:tcPr>
            <w:tcW w:w="1417" w:type="dxa"/>
          </w:tcPr>
          <w:p w:rsidR="00244915" w:rsidRDefault="00244915" w:rsidP="00244915">
            <w:pPr>
              <w:jc w:val="center"/>
            </w:pPr>
            <w:r>
              <w:t>-</w:t>
            </w:r>
          </w:p>
        </w:tc>
        <w:tc>
          <w:tcPr>
            <w:tcW w:w="2268" w:type="dxa"/>
          </w:tcPr>
          <w:p w:rsidR="00244915" w:rsidRDefault="00244915" w:rsidP="00244915">
            <w:pPr>
              <w:jc w:val="center"/>
            </w:pPr>
            <w:r>
              <w:t>-</w:t>
            </w:r>
          </w:p>
        </w:tc>
        <w:tc>
          <w:tcPr>
            <w:tcW w:w="1843" w:type="dxa"/>
          </w:tcPr>
          <w:p w:rsidR="00244915" w:rsidRDefault="00244915" w:rsidP="00244915">
            <w:pPr>
              <w:jc w:val="center"/>
            </w:pPr>
            <w:r>
              <w:t>-</w:t>
            </w:r>
          </w:p>
        </w:tc>
        <w:tc>
          <w:tcPr>
            <w:tcW w:w="1627" w:type="dxa"/>
          </w:tcPr>
          <w:p w:rsidR="00244915" w:rsidRDefault="00244915" w:rsidP="00244915">
            <w:pPr>
              <w:jc w:val="center"/>
            </w:pPr>
            <w:r>
              <w:t>-</w:t>
            </w:r>
          </w:p>
        </w:tc>
      </w:tr>
    </w:tbl>
    <w:p w:rsidR="00244915" w:rsidRDefault="00244915">
      <w:pPr>
        <w:spacing w:after="0"/>
        <w:jc w:val="center"/>
        <w:rPr>
          <w:rStyle w:val="BigStyle"/>
        </w:rPr>
      </w:pPr>
    </w:p>
    <w:p w:rsidR="00244915" w:rsidRDefault="00244915">
      <w:pPr>
        <w:rPr>
          <w:rStyle w:val="BigStyle"/>
        </w:rPr>
      </w:pPr>
      <w:r>
        <w:rPr>
          <w:rStyle w:val="BigStyle"/>
        </w:rPr>
        <w:br w:type="page"/>
      </w:r>
    </w:p>
    <w:p w:rsidR="005A5440" w:rsidRDefault="00380BFE">
      <w:pPr>
        <w:spacing w:after="0"/>
        <w:jc w:val="center"/>
      </w:pPr>
      <w:r>
        <w:rPr>
          <w:rStyle w:val="BigStyle"/>
        </w:rPr>
        <w:lastRenderedPageBreak/>
        <w:t>Раздел 4</w:t>
      </w:r>
    </w:p>
    <w:p w:rsidR="005A5440" w:rsidRDefault="00380BFE">
      <w:pPr>
        <w:spacing w:after="0"/>
        <w:jc w:val="center"/>
      </w:pPr>
      <w:r>
        <w:rPr>
          <w:rStyle w:val="BigStyle"/>
        </w:rPr>
        <w:t xml:space="preserve">План границ объекта – </w:t>
      </w:r>
    </w:p>
    <w:p w:rsidR="005A5440" w:rsidRDefault="00607170" w:rsidP="00A07F47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="00380BFE" w:rsidRPr="00D20CD6">
        <w:rPr>
          <w:rStyle w:val="BigStyle"/>
          <w:lang w:val="ru-RU"/>
        </w:rPr>
        <w:t>«Колония сурков»</w:t>
      </w:r>
    </w:p>
    <w:p w:rsidR="00A07F47" w:rsidRPr="00D20CD6" w:rsidRDefault="00A07F47" w:rsidP="00A07F47">
      <w:pPr>
        <w:spacing w:after="0" w:line="240" w:lineRule="auto"/>
        <w:jc w:val="center"/>
        <w:rPr>
          <w:lang w:val="ru-RU"/>
        </w:rPr>
      </w:pPr>
    </w:p>
    <w:p w:rsidR="005A5440" w:rsidRDefault="00380BFE" w:rsidP="00A07F47">
      <w:pPr>
        <w:spacing w:after="0" w:line="300" w:lineRule="auto"/>
        <w:jc w:val="center"/>
        <w:rPr>
          <w:lang w:val="ru-RU"/>
        </w:rPr>
      </w:pPr>
      <w:r w:rsidRPr="00D20CD6">
        <w:rPr>
          <w:lang w:val="ru-RU"/>
        </w:rPr>
        <w:t>Обзорная схема границ объекта</w:t>
      </w:r>
    </w:p>
    <w:p w:rsidR="0018064C" w:rsidRDefault="0018064C" w:rsidP="00A07F47">
      <w:pPr>
        <w:spacing w:after="0" w:line="300" w:lineRule="auto"/>
        <w:jc w:val="center"/>
        <w:rPr>
          <w:lang w:val="ru-RU"/>
        </w:rPr>
      </w:pPr>
      <w:r w:rsidRPr="0018064C">
        <w:rPr>
          <w:noProof/>
          <w:lang w:val="ru-RU" w:eastAsia="ru-RU"/>
        </w:rPr>
        <w:drawing>
          <wp:inline distT="0" distB="0" distL="0" distR="0">
            <wp:extent cx="6480175" cy="6365987"/>
            <wp:effectExtent l="0" t="0" r="0" b="0"/>
            <wp:docPr id="1" name="Рисунок 1" descr="F:\Татьяна_М\ООПТ\-5. Колония сурков\Обзорная схема\Колония сурков_ОС_1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Татьяна_М\ООПТ\-5. Колония сурков\Обзорная схема\Колония сурков_ОС_100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365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64C" w:rsidRPr="00BB1DD4" w:rsidRDefault="0018064C" w:rsidP="00A07F47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 w:rsidRPr="00BB1DD4"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 w:rsidRPr="00BB1DD4">
        <w:rPr>
          <w:rFonts w:eastAsia="Times New Roman" w:cs="Times New Roman"/>
          <w:bCs/>
          <w:szCs w:val="24"/>
          <w:lang w:val="ru-RU"/>
        </w:rPr>
        <w:t>1 :</w:t>
      </w:r>
      <w:proofErr w:type="gramEnd"/>
      <w:r w:rsidRPr="00BB1DD4">
        <w:rPr>
          <w:rFonts w:eastAsia="Times New Roman" w:cs="Times New Roman"/>
          <w:bCs/>
          <w:szCs w:val="24"/>
          <w:lang w:val="ru-RU"/>
        </w:rPr>
        <w:t xml:space="preserve"> </w:t>
      </w:r>
      <w:bookmarkStart w:id="0" w:name="масштаб"/>
      <w:r>
        <w:rPr>
          <w:rFonts w:eastAsia="Times New Roman" w:cs="Times New Roman"/>
          <w:bCs/>
          <w:szCs w:val="24"/>
          <w:lang w:val="ru-RU"/>
        </w:rPr>
        <w:t>100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  <w:bookmarkEnd w:id="0"/>
    </w:p>
    <w:p w:rsidR="0018064C" w:rsidRPr="00BB1DD4" w:rsidRDefault="0018064C" w:rsidP="0018064C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bookmarkStart w:id="1" w:name="условные"/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</w:t>
      </w:r>
      <w:bookmarkEnd w:id="1"/>
      <w:r w:rsidRPr="00BB1DD4">
        <w:rPr>
          <w:rFonts w:eastAsia="Times New Roman" w:cs="Times New Roman"/>
          <w:szCs w:val="24"/>
          <w:lang w:val="ru-RU"/>
        </w:rPr>
        <w:t>:</w:t>
      </w:r>
    </w:p>
    <w:p w:rsidR="0018064C" w:rsidRPr="00BB1DD4" w:rsidRDefault="0018064C" w:rsidP="0018064C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sz w:val="28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75808" behindDoc="0" locked="0" layoutInCell="0" allowOverlap="1" wp14:anchorId="717F307D" wp14:editId="37742F49">
                <wp:simplePos x="0" y="0"/>
                <wp:positionH relativeFrom="margin">
                  <wp:posOffset>0</wp:posOffset>
                </wp:positionH>
                <wp:positionV relativeFrom="paragraph">
                  <wp:posOffset>107950</wp:posOffset>
                </wp:positionV>
                <wp:extent cx="468000" cy="0"/>
                <wp:effectExtent l="0" t="0" r="8255" b="0"/>
                <wp:wrapNone/>
                <wp:docPr id="3" name="Прямая соединительная линия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8000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D02766" id="Прямая соединительная линия 109" o:spid="_x0000_s1026" style="position:absolute;z-index:251575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8.5pt" to="36.8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" o:allowincell="f" strokecolor="red" strokeweight=".53mm"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bookmarkStart w:id="2" w:name="граница_объекта"/>
      <w:r w:rsidRPr="00BB1DD4">
        <w:rPr>
          <w:rFonts w:eastAsia="Times New Roman" w:cs="Times New Roman"/>
          <w:szCs w:val="24"/>
          <w:lang w:val="ru-RU"/>
        </w:rPr>
        <w:t>граница объекта</w:t>
      </w:r>
      <w:bookmarkEnd w:id="2"/>
    </w:p>
    <w:p w:rsidR="0018064C" w:rsidRPr="00BB1DD4" w:rsidRDefault="0018064C" w:rsidP="0018064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7F46D15E" wp14:editId="5ADAF8C9">
                <wp:simplePos x="0" y="0"/>
                <wp:positionH relativeFrom="margin">
                  <wp:posOffset>0</wp:posOffset>
                </wp:positionH>
                <wp:positionV relativeFrom="paragraph">
                  <wp:posOffset>107950</wp:posOffset>
                </wp:positionV>
                <wp:extent cx="468000" cy="0"/>
                <wp:effectExtent l="0" t="0" r="8255" b="0"/>
                <wp:wrapNone/>
                <wp:docPr id="5" name="Прямая соединительная линия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8000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A52BE9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7F4C04" id="Прямая соединительная линия 2" o:spid="_x0000_s1026" style="position:absolute;z-index:25157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8.5pt" to="36.8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" strokecolor="#a52be9" strokeweight=".53mm">
                <w10:wrap anchorx="margin"/>
              </v:line>
            </w:pict>
          </mc:Fallback>
        </mc:AlternateContent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сельского поселения</w:t>
      </w:r>
    </w:p>
    <w:p w:rsidR="0018064C" w:rsidRDefault="0018064C" w:rsidP="0018064C">
      <w:pPr>
        <w:tabs>
          <w:tab w:val="left" w:pos="1418"/>
        </w:tabs>
        <w:autoSpaceDE w:val="0"/>
        <w:autoSpaceDN w:val="0"/>
        <w:adjustRightInd w:val="0"/>
        <w:spacing w:after="0"/>
        <w:outlineLvl w:val="0"/>
        <w:rPr>
          <w:rFonts w:cs="Times New Roman"/>
          <w:lang w:val="ru-RU"/>
        </w:rPr>
      </w:pP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1D8717C1" wp14:editId="62A70DB2">
                <wp:simplePos x="0" y="0"/>
                <wp:positionH relativeFrom="column">
                  <wp:posOffset>1270</wp:posOffset>
                </wp:positionH>
                <wp:positionV relativeFrom="paragraph">
                  <wp:posOffset>112395</wp:posOffset>
                </wp:positionV>
                <wp:extent cx="467995" cy="635"/>
                <wp:effectExtent l="16510" t="17145" r="10795" b="10795"/>
                <wp:wrapNone/>
                <wp:docPr id="53" name="Прямая соединительная линия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7995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8071E4" id="Прямая соединительная линия 53" o:spid="_x0000_s1026" style="position:absolute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1pt,8.85pt" to="36.95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" strokecolor="gray [1629]" strokeweight="1.5pt">
                <v:stroke dashstyle="longDashDotDot"/>
              </v:line>
            </w:pict>
          </mc:Fallback>
        </mc:AlternateContent>
      </w:r>
      <w:r w:rsidRPr="00BB1DD4">
        <w:rPr>
          <w:rFonts w:cs="Times New Roman"/>
          <w:lang w:val="ru-RU"/>
        </w:rPr>
        <w:tab/>
        <w:t>– граница населенного пункта</w:t>
      </w:r>
      <w:r w:rsidR="00A07F47">
        <w:rPr>
          <w:rFonts w:cs="Times New Roman"/>
          <w:lang w:val="ru-RU"/>
        </w:rPr>
        <w:t>.</w:t>
      </w:r>
    </w:p>
    <w:p w:rsidR="0018064C" w:rsidRPr="00D20CD6" w:rsidRDefault="0018064C">
      <w:pPr>
        <w:jc w:val="center"/>
        <w:rPr>
          <w:lang w:val="ru-RU"/>
        </w:rPr>
      </w:pPr>
    </w:p>
    <w:p w:rsidR="005A5440" w:rsidRPr="00D20CD6" w:rsidRDefault="00380BFE">
      <w:pPr>
        <w:rPr>
          <w:lang w:val="ru-RU"/>
        </w:rPr>
      </w:pPr>
      <w:r w:rsidRPr="00D20CD6">
        <w:rPr>
          <w:lang w:val="ru-RU"/>
        </w:rPr>
        <w:br w:type="page"/>
      </w:r>
    </w:p>
    <w:p w:rsidR="00A07F47" w:rsidRPr="00A07F47" w:rsidRDefault="00A07F47" w:rsidP="00A07F47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A07F47" w:rsidRPr="00A07F47" w:rsidRDefault="00A07F47" w:rsidP="00A07F47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A07F47" w:rsidRPr="00D20CD6" w:rsidRDefault="00A07F47" w:rsidP="00A07F47">
      <w:pPr>
        <w:spacing w:after="0" w:line="240" w:lineRule="auto"/>
        <w:jc w:val="center"/>
        <w:rPr>
          <w:lang w:val="ru-RU"/>
        </w:rPr>
      </w:pPr>
    </w:p>
    <w:p w:rsidR="005A5440" w:rsidRDefault="00380BFE" w:rsidP="00A07F47">
      <w:pPr>
        <w:spacing w:after="0" w:line="300" w:lineRule="auto"/>
        <w:jc w:val="center"/>
      </w:pPr>
      <w:r>
        <w:t>Лист 1</w:t>
      </w:r>
    </w:p>
    <w:p w:rsidR="0018064C" w:rsidRDefault="0018064C">
      <w:pPr>
        <w:jc w:val="center"/>
      </w:pPr>
      <w:r>
        <w:rPr>
          <w:noProof/>
          <w:lang w:val="ru-RU" w:eastAsia="ru-RU"/>
        </w:rPr>
        <w:drawing>
          <wp:inline distT="0" distB="0" distL="0" distR="0">
            <wp:extent cx="6480175" cy="63703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Колония сурков_Лист1_5000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64C" w:rsidRPr="00BB1DD4" w:rsidRDefault="0018064C" w:rsidP="0018064C">
      <w:pPr>
        <w:spacing w:after="0" w:line="36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18064C" w:rsidRPr="00BB1DD4" w:rsidRDefault="0018064C" w:rsidP="0018064C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18064C" w:rsidRPr="00BB1DD4" w:rsidRDefault="0018064C" w:rsidP="0018064C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 w:rsidRPr="00BB1DD4">
        <w:rPr>
          <w:rFonts w:eastAsia="Times New Roman" w:cs="Times New Roman"/>
          <w:sz w:val="18"/>
          <w:szCs w:val="18"/>
          <w:lang w:val="ru-RU"/>
        </w:rPr>
        <w:t>1</w:t>
      </w:r>
      <w:r w:rsidRPr="00BB1DD4">
        <w:rPr>
          <w:rFonts w:eastAsia="Times New Roman" w:cs="Times New Roman"/>
          <w:color w:val="FF0000"/>
          <w:lang w:val="ru-RU"/>
        </w:rPr>
        <w:t xml:space="preserve"> 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18064C" w:rsidRPr="0018064C" w:rsidRDefault="0018064C" w:rsidP="0018064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580928" behindDoc="0" locked="0" layoutInCell="0" allowOverlap="1" wp14:anchorId="161CA4E1" wp14:editId="63EE0DE6">
                <wp:simplePos x="0" y="0"/>
                <wp:positionH relativeFrom="margin">
                  <wp:posOffset>6985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52" name="Прямая соединительная линия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0F6460" id="Прямая соединительная линия 52" o:spid="_x0000_s1026" style="position:absolute;z-index:251580928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55pt,8.45pt" to="37.4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</w:p>
    <w:p w:rsidR="0018064C" w:rsidRPr="00BB1DD4" w:rsidRDefault="0018064C" w:rsidP="0018064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581952" behindDoc="0" locked="0" layoutInCell="1" allowOverlap="1" wp14:anchorId="2DF8976B" wp14:editId="34D5AFED">
                <wp:simplePos x="0" y="0"/>
                <wp:positionH relativeFrom="margin">
                  <wp:posOffset>6985</wp:posOffset>
                </wp:positionH>
                <wp:positionV relativeFrom="paragraph">
                  <wp:posOffset>107949</wp:posOffset>
                </wp:positionV>
                <wp:extent cx="467995" cy="0"/>
                <wp:effectExtent l="0" t="0" r="0" b="0"/>
                <wp:wrapNone/>
                <wp:docPr id="49" name="Прямая соединительная линия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70AD47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D449F9" id="Прямая соединительная линия 49" o:spid="_x0000_s1026" style="position:absolute;z-index:251581952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55pt,8.5pt" to="37.4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" strokecolor="#70ad47" strokeweight=".53mm">
                <v:stroke joinstyle="miter"/>
                <o:lock v:ext="edit" shapetype="f"/>
                <w10:wrap anchorx="margin"/>
              </v:line>
            </w:pict>
          </mc:Fallback>
        </mc:AlternateContent>
      </w:r>
      <w:r>
        <w:rPr>
          <w:noProof/>
          <w:lang w:val="ru-RU" w:eastAsia="ru-RU"/>
        </w:rPr>
        <w:drawing>
          <wp:anchor distT="0" distB="0" distL="0" distR="0" simplePos="0" relativeHeight="251578880" behindDoc="0" locked="0" layoutInCell="0" allowOverlap="1" wp14:anchorId="04CAD897" wp14:editId="74E3C2E3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50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кадастрового квартала</w:t>
      </w:r>
    </w:p>
    <w:p w:rsidR="0018064C" w:rsidRPr="00BB1DD4" w:rsidRDefault="0018064C" w:rsidP="0018064C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18064C" w:rsidRPr="00BB1DD4" w:rsidRDefault="0018064C" w:rsidP="0018064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16:02:040103</w:t>
      </w:r>
      <w:r w:rsidR="00A07F47">
        <w:rPr>
          <w:rFonts w:eastAsia="Times New Roman" w:cs="Times New Roman"/>
          <w:szCs w:val="24"/>
          <w:lang w:val="ru-RU"/>
        </w:rPr>
        <w:tab/>
        <w:t>– номер кадастрового квартала</w:t>
      </w:r>
    </w:p>
    <w:p w:rsidR="0018064C" w:rsidRPr="00BB1DD4" w:rsidRDefault="0018064C" w:rsidP="0018064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bookmarkStart w:id="3" w:name="номер_участка"/>
      <w:r w:rsidRPr="00BB1DD4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bookmarkEnd w:id="3"/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20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A07F47" w:rsidRPr="00A07F47" w:rsidRDefault="00A07F47" w:rsidP="00A07F47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A07F47" w:rsidRPr="00A07F47" w:rsidRDefault="00A07F47" w:rsidP="00A07F47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A07F47" w:rsidRPr="00D20CD6" w:rsidRDefault="00A07F47" w:rsidP="00A07F47">
      <w:pPr>
        <w:spacing w:after="0" w:line="240" w:lineRule="auto"/>
        <w:jc w:val="center"/>
        <w:rPr>
          <w:lang w:val="ru-RU"/>
        </w:rPr>
      </w:pPr>
    </w:p>
    <w:p w:rsidR="0018064C" w:rsidRDefault="0018064C" w:rsidP="00A07F47">
      <w:pPr>
        <w:spacing w:after="0" w:line="300" w:lineRule="auto"/>
        <w:jc w:val="center"/>
      </w:pPr>
      <w:r>
        <w:t>Лист 2</w:t>
      </w:r>
    </w:p>
    <w:p w:rsidR="0018064C" w:rsidRDefault="000F768C" w:rsidP="00A07F47">
      <w:pPr>
        <w:spacing w:after="0" w:line="300" w:lineRule="auto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6480175" cy="63703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Колония сурков_Лист2_5000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64C" w:rsidRPr="00BB1DD4" w:rsidRDefault="0018064C" w:rsidP="00A07F47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18064C" w:rsidRPr="00BB1DD4" w:rsidRDefault="0018064C" w:rsidP="0018064C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18064C" w:rsidRPr="00BB1DD4" w:rsidRDefault="0018064C" w:rsidP="0018064C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 w:rsidR="000F768C">
        <w:rPr>
          <w:rFonts w:eastAsia="Times New Roman" w:cs="Times New Roman"/>
          <w:sz w:val="18"/>
          <w:szCs w:val="18"/>
          <w:lang w:val="ru-RU"/>
        </w:rPr>
        <w:t>49</w:t>
      </w:r>
      <w:r w:rsidRPr="00BB1DD4">
        <w:rPr>
          <w:rFonts w:eastAsia="Times New Roman" w:cs="Times New Roman"/>
          <w:color w:val="FF0000"/>
          <w:lang w:val="ru-RU"/>
        </w:rPr>
        <w:t xml:space="preserve"> 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18064C" w:rsidRPr="000F768C" w:rsidRDefault="0018064C" w:rsidP="0018064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587072" behindDoc="0" locked="0" layoutInCell="0" allowOverlap="1" wp14:anchorId="236A6EEB" wp14:editId="452DFD65">
                <wp:simplePos x="0" y="0"/>
                <wp:positionH relativeFrom="margin">
                  <wp:posOffset>6985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6" name="Прямая соединительная линия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32DB48" id="Прямая соединительная линия 6" o:spid="_x0000_s1026" style="position:absolute;z-index:251587072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55pt,8.45pt" to="37.4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  <w:r>
        <w:rPr>
          <w:noProof/>
          <w:lang w:val="ru-RU" w:eastAsia="ru-RU"/>
        </w:rPr>
        <w:drawing>
          <wp:anchor distT="0" distB="0" distL="0" distR="0" simplePos="0" relativeHeight="251586048" behindDoc="0" locked="0" layoutInCell="0" allowOverlap="1" wp14:anchorId="4E93E6D9" wp14:editId="1B0BF00C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9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064C" w:rsidRPr="00BB1DD4" w:rsidRDefault="0018064C" w:rsidP="0018064C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18064C" w:rsidRPr="00BB1DD4" w:rsidRDefault="000F768C" w:rsidP="0018064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16:02:040106</w:t>
      </w:r>
      <w:r w:rsidR="00A07F47">
        <w:rPr>
          <w:rFonts w:eastAsia="Times New Roman" w:cs="Times New Roman"/>
          <w:szCs w:val="24"/>
          <w:lang w:val="ru-RU"/>
        </w:rPr>
        <w:tab/>
        <w:t>– номер кадастрового квартала</w:t>
      </w:r>
    </w:p>
    <w:p w:rsidR="0018064C" w:rsidRPr="00BB1DD4" w:rsidRDefault="0018064C" w:rsidP="0018064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 w:rsidR="000F768C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16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18064C" w:rsidRDefault="0018064C">
      <w:pPr>
        <w:jc w:val="center"/>
        <w:rPr>
          <w:lang w:val="ru-RU"/>
        </w:rPr>
      </w:pPr>
    </w:p>
    <w:p w:rsidR="00A07F47" w:rsidRPr="00A07F47" w:rsidRDefault="00A07F47" w:rsidP="00A07F47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A07F47" w:rsidRPr="00A07F47" w:rsidRDefault="00A07F47" w:rsidP="00A07F47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A07F47" w:rsidRPr="00D20CD6" w:rsidRDefault="00A07F47" w:rsidP="00A07F47">
      <w:pPr>
        <w:spacing w:after="0" w:line="240" w:lineRule="auto"/>
        <w:jc w:val="center"/>
        <w:rPr>
          <w:lang w:val="ru-RU"/>
        </w:rPr>
      </w:pPr>
    </w:p>
    <w:p w:rsidR="007C370F" w:rsidRDefault="007C370F" w:rsidP="00A07F47">
      <w:pPr>
        <w:spacing w:after="0" w:line="300" w:lineRule="auto"/>
        <w:jc w:val="center"/>
      </w:pPr>
      <w:r>
        <w:t>Лист 3</w:t>
      </w:r>
    </w:p>
    <w:p w:rsidR="007C370F" w:rsidRDefault="00ED6DC9" w:rsidP="00A07F47">
      <w:pPr>
        <w:spacing w:after="0" w:line="300" w:lineRule="auto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6480175" cy="6373495"/>
            <wp:effectExtent l="0" t="0" r="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Колония сурков_Лист3_5000.b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70F" w:rsidRPr="00BB1DD4" w:rsidRDefault="007C370F" w:rsidP="00A07F47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7C370F" w:rsidRPr="00BB1DD4" w:rsidRDefault="007C370F" w:rsidP="007C370F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7C370F" w:rsidRPr="00BB1DD4" w:rsidRDefault="007C370F" w:rsidP="007C370F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58</w:t>
      </w:r>
      <w:r w:rsidRPr="00BB1DD4">
        <w:rPr>
          <w:rFonts w:eastAsia="Times New Roman" w:cs="Times New Roman"/>
          <w:color w:val="FF0000"/>
          <w:lang w:val="ru-RU"/>
        </w:rPr>
        <w:t xml:space="preserve"> 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7C370F" w:rsidRPr="000F768C" w:rsidRDefault="007C370F" w:rsidP="007C370F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591168" behindDoc="0" locked="0" layoutInCell="0" allowOverlap="1" wp14:anchorId="285E0264" wp14:editId="398E750B">
                <wp:simplePos x="0" y="0"/>
                <wp:positionH relativeFrom="margin">
                  <wp:posOffset>6985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11" name="Прямая соединительная линия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C6D9B9" id="Прямая соединительная линия 11" o:spid="_x0000_s1026" style="position:absolute;z-index:251591168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55pt,8.45pt" to="37.4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  <w:r>
        <w:rPr>
          <w:noProof/>
          <w:lang w:val="ru-RU" w:eastAsia="ru-RU"/>
        </w:rPr>
        <w:drawing>
          <wp:anchor distT="0" distB="0" distL="0" distR="0" simplePos="0" relativeHeight="251590144" behindDoc="0" locked="0" layoutInCell="0" allowOverlap="1" wp14:anchorId="292D021C" wp14:editId="3EB6C137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1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370F" w:rsidRPr="00BB1DD4" w:rsidRDefault="007C370F" w:rsidP="007C370F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7C370F" w:rsidRPr="00BB1DD4" w:rsidRDefault="007C370F" w:rsidP="007C370F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16:02:040106</w:t>
      </w:r>
      <w:r w:rsidR="00A07F47">
        <w:rPr>
          <w:rFonts w:eastAsia="Times New Roman" w:cs="Times New Roman"/>
          <w:szCs w:val="24"/>
          <w:lang w:val="ru-RU"/>
        </w:rPr>
        <w:tab/>
        <w:t>– номер кадастрового квартала</w:t>
      </w:r>
    </w:p>
    <w:p w:rsidR="007C370F" w:rsidRPr="00BB1DD4" w:rsidRDefault="007C370F" w:rsidP="007C370F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20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7C370F" w:rsidRDefault="007C370F" w:rsidP="007C370F">
      <w:pPr>
        <w:jc w:val="center"/>
        <w:rPr>
          <w:lang w:val="ru-RU"/>
        </w:rPr>
      </w:pPr>
    </w:p>
    <w:p w:rsidR="00A07F47" w:rsidRPr="00A07F47" w:rsidRDefault="00A07F47" w:rsidP="00A07F47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A07F47" w:rsidRPr="00A07F47" w:rsidRDefault="00A07F47" w:rsidP="00A07F47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A07F47" w:rsidRPr="00D20CD6" w:rsidRDefault="00A07F47" w:rsidP="00A07F47">
      <w:pPr>
        <w:spacing w:after="0" w:line="240" w:lineRule="auto"/>
        <w:jc w:val="center"/>
        <w:rPr>
          <w:lang w:val="ru-RU"/>
        </w:rPr>
      </w:pPr>
    </w:p>
    <w:p w:rsidR="007C370F" w:rsidRDefault="007C370F" w:rsidP="00A07F47">
      <w:pPr>
        <w:spacing w:after="0" w:line="300" w:lineRule="auto"/>
        <w:jc w:val="center"/>
      </w:pPr>
      <w:r>
        <w:t>Лист 4</w:t>
      </w:r>
    </w:p>
    <w:p w:rsidR="007C370F" w:rsidRPr="00340C73" w:rsidRDefault="00340C73" w:rsidP="00A07F47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3495"/>
            <wp:effectExtent l="0" t="0" r="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Колония сурков_Лист4_5000.b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C73" w:rsidRPr="00BB1DD4" w:rsidRDefault="00340C73" w:rsidP="00A07F47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340C73" w:rsidRPr="00BB1DD4" w:rsidRDefault="00340C73" w:rsidP="00340C73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340C73" w:rsidRPr="00BB1DD4" w:rsidRDefault="00340C73" w:rsidP="00340C73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78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340C73" w:rsidRPr="00BB1DD4" w:rsidRDefault="00340C73" w:rsidP="00340C73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11648" behindDoc="0" locked="0" layoutInCell="0" allowOverlap="1" wp14:anchorId="4A888155" wp14:editId="71D666E7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32" name="Прямая соединительная линия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36F78D" id="Прямая соединительная линия 32" o:spid="_x0000_s1026" style="position:absolute;z-index:251611648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</w:p>
    <w:p w:rsidR="00340C73" w:rsidRPr="00BB1DD4" w:rsidRDefault="00340C73" w:rsidP="00340C73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4936A1A1" wp14:editId="4FE3851D">
                <wp:simplePos x="0" y="0"/>
                <wp:positionH relativeFrom="column">
                  <wp:posOffset>6985</wp:posOffset>
                </wp:positionH>
                <wp:positionV relativeFrom="paragraph">
                  <wp:posOffset>112395</wp:posOffset>
                </wp:positionV>
                <wp:extent cx="467995" cy="635"/>
                <wp:effectExtent l="12700" t="17145" r="14605" b="10795"/>
                <wp:wrapNone/>
                <wp:docPr id="25" name="Прямая соединительная линия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7995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27CEFA" id="Прямая соединительная линия 25" o:spid="_x0000_s1026" style="position:absolute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55pt,8.85pt" to="37.4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" strokecolor="gray [1629]" strokeweight="1.5pt">
                <v:stroke dashstyle="longDashDotDot"/>
              </v:line>
            </w:pict>
          </mc:Fallback>
        </mc:AlternateContent>
      </w:r>
      <w:r w:rsidRPr="00BB1DD4">
        <w:rPr>
          <w:rFonts w:cs="Times New Roman"/>
          <w:lang w:val="ru-RU"/>
        </w:rPr>
        <w:tab/>
        <w:t>– граница населенного пункта</w:t>
      </w:r>
    </w:p>
    <w:p w:rsidR="00340C73" w:rsidRPr="00BB1DD4" w:rsidRDefault="00340C73" w:rsidP="00340C73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02432" behindDoc="0" locked="0" layoutInCell="0" allowOverlap="1" wp14:anchorId="66768B64" wp14:editId="6CCE5DB5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22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19840" behindDoc="0" locked="0" layoutInCell="1" allowOverlap="1" wp14:anchorId="43EDD58D" wp14:editId="1626522D">
                <wp:simplePos x="0" y="0"/>
                <wp:positionH relativeFrom="margin">
                  <wp:posOffset>11430</wp:posOffset>
                </wp:positionH>
                <wp:positionV relativeFrom="paragraph">
                  <wp:posOffset>107949</wp:posOffset>
                </wp:positionV>
                <wp:extent cx="467995" cy="0"/>
                <wp:effectExtent l="0" t="0" r="0" b="0"/>
                <wp:wrapNone/>
                <wp:docPr id="44" name="Прямая соединительная линия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70AD47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D3EBA2" id="Прямая соединительная линия 44" o:spid="_x0000_s1026" style="position:absolute;z-index:251619840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5pt" to="37.7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" strokecolor="#70ad47" strokeweight=".53mm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кадастрового квартала</w:t>
      </w:r>
    </w:p>
    <w:p w:rsidR="00340C73" w:rsidRPr="00BB1DD4" w:rsidRDefault="00340C73" w:rsidP="00340C73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340C73" w:rsidRPr="00BB1DD4" w:rsidRDefault="00340C73" w:rsidP="00340C73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16:02:040106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номер кадастрового квартала </w:t>
      </w:r>
    </w:p>
    <w:p w:rsidR="00340C73" w:rsidRPr="00340C73" w:rsidRDefault="00340C73" w:rsidP="00340C73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60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A07F47" w:rsidRPr="00A07F47" w:rsidRDefault="00A07F47" w:rsidP="00A07F47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A07F47" w:rsidRPr="00A07F47" w:rsidRDefault="00A07F47" w:rsidP="00A07F47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A07F47" w:rsidRPr="00D20CD6" w:rsidRDefault="00A07F47" w:rsidP="00A07F47">
      <w:pPr>
        <w:spacing w:after="0" w:line="240" w:lineRule="auto"/>
        <w:jc w:val="center"/>
        <w:rPr>
          <w:lang w:val="ru-RU"/>
        </w:rPr>
      </w:pPr>
    </w:p>
    <w:p w:rsidR="00340C73" w:rsidRDefault="00340C73" w:rsidP="00A07F47">
      <w:pPr>
        <w:spacing w:after="0" w:line="300" w:lineRule="auto"/>
        <w:jc w:val="center"/>
      </w:pPr>
      <w:r>
        <w:t>Лист 5</w:t>
      </w:r>
    </w:p>
    <w:p w:rsidR="00340C73" w:rsidRDefault="00ED6DC9" w:rsidP="00A07F47">
      <w:pPr>
        <w:spacing w:after="0" w:line="300" w:lineRule="auto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6480175" cy="6373495"/>
            <wp:effectExtent l="0" t="0" r="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Колония сурков_Лист5_5000.b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6B6" w:rsidRPr="00BB1DD4" w:rsidRDefault="00B426B6" w:rsidP="00A07F47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B426B6" w:rsidRPr="00BB1DD4" w:rsidRDefault="00B426B6" w:rsidP="00B426B6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B426B6" w:rsidRPr="00BB1DD4" w:rsidRDefault="00B426B6" w:rsidP="00B426B6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 w:rsidRPr="00BB1DD4">
        <w:rPr>
          <w:rFonts w:eastAsia="Times New Roman" w:cs="Times New Roman"/>
          <w:sz w:val="18"/>
          <w:szCs w:val="18"/>
          <w:lang w:val="ru-RU"/>
        </w:rPr>
        <w:t>1</w:t>
      </w:r>
      <w:r>
        <w:rPr>
          <w:rFonts w:eastAsia="Times New Roman" w:cs="Times New Roman"/>
          <w:sz w:val="18"/>
          <w:szCs w:val="18"/>
          <w:lang w:val="ru-RU"/>
        </w:rPr>
        <w:t>02</w:t>
      </w:r>
      <w:r w:rsidRPr="00BB1DD4">
        <w:rPr>
          <w:rFonts w:eastAsia="Times New Roman" w:cs="Times New Roman"/>
          <w:color w:val="FF0000"/>
          <w:lang w:val="ru-RU"/>
        </w:rPr>
        <w:t xml:space="preserve"> 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B426B6" w:rsidRDefault="00B426B6" w:rsidP="00B426B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36224" behindDoc="0" locked="0" layoutInCell="0" allowOverlap="1" wp14:anchorId="5E9EF4A6" wp14:editId="131C77FF">
                <wp:simplePos x="0" y="0"/>
                <wp:positionH relativeFrom="margin">
                  <wp:posOffset>6985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31" name="Прямая соединительная линия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F37577" id="Прямая соединительная линия 31" o:spid="_x0000_s1026" style="position:absolute;z-index:251636224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55pt,8.45pt" to="37.4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</w:p>
    <w:p w:rsidR="00B426B6" w:rsidRPr="0018064C" w:rsidRDefault="00B426B6" w:rsidP="00B426B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73298056" wp14:editId="1A2D6745">
                <wp:simplePos x="0" y="0"/>
                <wp:positionH relativeFrom="margin">
                  <wp:posOffset>0</wp:posOffset>
                </wp:positionH>
                <wp:positionV relativeFrom="paragraph">
                  <wp:posOffset>107950</wp:posOffset>
                </wp:positionV>
                <wp:extent cx="468000" cy="0"/>
                <wp:effectExtent l="0" t="0" r="8255" b="0"/>
                <wp:wrapNone/>
                <wp:docPr id="35" name="Прямая соединительная линия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8000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A52BE9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8C00F3" id="Прямая соединительная линия 2" o:spid="_x0000_s1026" style="position:absolute;z-index:251638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8.5pt" to="36.8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" strokecolor="#a52be9" strokeweight=".53mm">
                <w10:wrap anchorx="margin"/>
              </v:line>
            </w:pict>
          </mc:Fallback>
        </mc:AlternateContent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сельского поселения</w:t>
      </w:r>
    </w:p>
    <w:p w:rsidR="00B426B6" w:rsidRPr="00BB1DD4" w:rsidRDefault="00B426B6" w:rsidP="00B426B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37248" behindDoc="0" locked="0" layoutInCell="1" allowOverlap="1" wp14:anchorId="4634367F" wp14:editId="5C1B7D34">
                <wp:simplePos x="0" y="0"/>
                <wp:positionH relativeFrom="margin">
                  <wp:posOffset>6985</wp:posOffset>
                </wp:positionH>
                <wp:positionV relativeFrom="paragraph">
                  <wp:posOffset>107949</wp:posOffset>
                </wp:positionV>
                <wp:extent cx="467995" cy="0"/>
                <wp:effectExtent l="0" t="0" r="0" b="0"/>
                <wp:wrapNone/>
                <wp:docPr id="33" name="Прямая соединительная линия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70AD47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898041" id="Прямая соединительная линия 33" o:spid="_x0000_s1026" style="position:absolute;z-index:251637248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55pt,8.5pt" to="37.4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" strokecolor="#70ad47" strokeweight=".53mm">
                <v:stroke joinstyle="miter"/>
                <o:lock v:ext="edit" shapetype="f"/>
                <w10:wrap anchorx="margin"/>
              </v:line>
            </w:pict>
          </mc:Fallback>
        </mc:AlternateContent>
      </w:r>
      <w:r>
        <w:rPr>
          <w:noProof/>
          <w:lang w:val="ru-RU" w:eastAsia="ru-RU"/>
        </w:rPr>
        <w:drawing>
          <wp:anchor distT="0" distB="0" distL="0" distR="0" simplePos="0" relativeHeight="251633152" behindDoc="0" locked="0" layoutInCell="0" allowOverlap="1" wp14:anchorId="259F1047" wp14:editId="62404C35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34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кадастрового квартала</w:t>
      </w:r>
    </w:p>
    <w:p w:rsidR="00B426B6" w:rsidRPr="00BB1DD4" w:rsidRDefault="00B426B6" w:rsidP="00B426B6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B426B6" w:rsidRPr="00BB1DD4" w:rsidRDefault="00B426B6" w:rsidP="00B426B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16:02:030104</w:t>
      </w:r>
      <w:r w:rsidR="00A07F47">
        <w:rPr>
          <w:rFonts w:eastAsia="Times New Roman" w:cs="Times New Roman"/>
          <w:szCs w:val="24"/>
          <w:lang w:val="ru-RU"/>
        </w:rPr>
        <w:tab/>
        <w:t>– номер кадастрового квартала</w:t>
      </w:r>
    </w:p>
    <w:p w:rsidR="00B426B6" w:rsidRPr="00BB1DD4" w:rsidRDefault="00B426B6" w:rsidP="00B426B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1284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A07F47" w:rsidRPr="00A07F47" w:rsidRDefault="00A07F47" w:rsidP="00A07F47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A07F47" w:rsidRPr="00A07F47" w:rsidRDefault="00A07F47" w:rsidP="00A07F47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A07F47" w:rsidRPr="00D20CD6" w:rsidRDefault="00A07F47" w:rsidP="00A07F47">
      <w:pPr>
        <w:spacing w:after="0" w:line="240" w:lineRule="auto"/>
        <w:jc w:val="center"/>
        <w:rPr>
          <w:lang w:val="ru-RU"/>
        </w:rPr>
      </w:pPr>
    </w:p>
    <w:p w:rsidR="00B426B6" w:rsidRDefault="00B426B6" w:rsidP="00A07F47">
      <w:pPr>
        <w:spacing w:after="0" w:line="300" w:lineRule="auto"/>
        <w:jc w:val="center"/>
      </w:pPr>
      <w:r>
        <w:t>Лист 6</w:t>
      </w:r>
    </w:p>
    <w:p w:rsidR="00B426B6" w:rsidRPr="00340C73" w:rsidRDefault="00ED6DC9" w:rsidP="00A07F47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03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Колония сурков_Лист6_5000.b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6B6" w:rsidRPr="00BB1DD4" w:rsidRDefault="00B426B6" w:rsidP="00A07F47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B426B6" w:rsidRPr="00BB1DD4" w:rsidRDefault="00B426B6" w:rsidP="00B426B6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B426B6" w:rsidRPr="00BB1DD4" w:rsidRDefault="00B426B6" w:rsidP="00B426B6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120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B426B6" w:rsidRPr="00B426B6" w:rsidRDefault="00B426B6" w:rsidP="00B426B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40320" behindDoc="0" locked="0" layoutInCell="0" allowOverlap="1" wp14:anchorId="216A87B5" wp14:editId="0EE5020C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36" name="Прямая соединительная линия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38F7B9" id="Прямая соединительная линия 36" o:spid="_x0000_s1026" style="position:absolute;z-index:251640320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</w:p>
    <w:p w:rsidR="00B426B6" w:rsidRPr="00BB1DD4" w:rsidRDefault="00B426B6" w:rsidP="00B426B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39296" behindDoc="0" locked="0" layoutInCell="0" allowOverlap="1" wp14:anchorId="05626BAE" wp14:editId="2BC9B340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40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41344" behindDoc="0" locked="0" layoutInCell="1" allowOverlap="1" wp14:anchorId="73EE6B33" wp14:editId="1C937246">
                <wp:simplePos x="0" y="0"/>
                <wp:positionH relativeFrom="margin">
                  <wp:posOffset>11430</wp:posOffset>
                </wp:positionH>
                <wp:positionV relativeFrom="paragraph">
                  <wp:posOffset>107949</wp:posOffset>
                </wp:positionV>
                <wp:extent cx="467995" cy="0"/>
                <wp:effectExtent l="0" t="0" r="0" b="0"/>
                <wp:wrapNone/>
                <wp:docPr id="38" name="Прямая соединительная линия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70AD47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3BD520" id="Прямая соединительная линия 38" o:spid="_x0000_s1026" style="position:absolute;z-index:251641344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5pt" to="37.7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" strokecolor="#70ad47" strokeweight=".53mm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кадастрового квартала</w:t>
      </w:r>
    </w:p>
    <w:p w:rsidR="00B426B6" w:rsidRPr="00BB1DD4" w:rsidRDefault="00B426B6" w:rsidP="00B426B6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B426B6" w:rsidRPr="00BB1DD4" w:rsidRDefault="00B426B6" w:rsidP="00B426B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16:02:030103</w:t>
      </w:r>
      <w:r w:rsidR="00A07F47">
        <w:rPr>
          <w:rFonts w:eastAsia="Times New Roman" w:cs="Times New Roman"/>
          <w:szCs w:val="24"/>
          <w:lang w:val="ru-RU"/>
        </w:rPr>
        <w:tab/>
        <w:t>– номер кадастрового квартала</w:t>
      </w:r>
    </w:p>
    <w:p w:rsidR="00B426B6" w:rsidRPr="00340C73" w:rsidRDefault="00B426B6" w:rsidP="00B426B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96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A07F47" w:rsidRDefault="00A07F47">
      <w:pPr>
        <w:rPr>
          <w:rStyle w:val="BigStyle"/>
          <w:lang w:val="ru-RU"/>
        </w:rPr>
      </w:pPr>
      <w:r>
        <w:rPr>
          <w:rStyle w:val="BigStyle"/>
          <w:lang w:val="ru-RU"/>
        </w:rPr>
        <w:br w:type="page"/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D20CD6" w:rsidRDefault="007369E0" w:rsidP="007369E0">
      <w:pPr>
        <w:spacing w:after="0" w:line="240" w:lineRule="auto"/>
        <w:jc w:val="center"/>
        <w:rPr>
          <w:lang w:val="ru-RU"/>
        </w:rPr>
      </w:pPr>
    </w:p>
    <w:p w:rsidR="00B426B6" w:rsidRDefault="00B426B6" w:rsidP="007369E0">
      <w:pPr>
        <w:spacing w:after="0" w:line="300" w:lineRule="auto"/>
        <w:jc w:val="center"/>
      </w:pPr>
      <w:r>
        <w:t>Лист 7</w:t>
      </w:r>
    </w:p>
    <w:p w:rsidR="00B426B6" w:rsidRPr="00340C73" w:rsidRDefault="00B426B6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3495"/>
            <wp:effectExtent l="0" t="0" r="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Колония сурков_Лист7_5000.b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6B6" w:rsidRPr="00BB1DD4" w:rsidRDefault="00B426B6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B426B6" w:rsidRPr="00BB1DD4" w:rsidRDefault="00B426B6" w:rsidP="00B426B6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B426B6" w:rsidRPr="00BB1DD4" w:rsidRDefault="00B426B6" w:rsidP="00B426B6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125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B426B6" w:rsidRPr="00B426B6" w:rsidRDefault="00B426B6" w:rsidP="00B426B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46464" behindDoc="0" locked="0" layoutInCell="0" allowOverlap="1" wp14:anchorId="3C584F2C" wp14:editId="22E228F2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42" name="Прямая соединительная линия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46DD2B" id="Прямая соединительная линия 42" o:spid="_x0000_s1026" style="position:absolute;z-index:251646464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  <w:r>
        <w:rPr>
          <w:noProof/>
          <w:lang w:val="ru-RU" w:eastAsia="ru-RU"/>
        </w:rPr>
        <w:drawing>
          <wp:anchor distT="0" distB="0" distL="0" distR="0" simplePos="0" relativeHeight="251645440" behindDoc="0" locked="0" layoutInCell="0" allowOverlap="1" wp14:anchorId="322292C8" wp14:editId="7365C8DD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46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26B6" w:rsidRPr="00BB1DD4" w:rsidRDefault="00B426B6" w:rsidP="00B426B6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B426B6" w:rsidRPr="00BB1DD4" w:rsidRDefault="00B426B6" w:rsidP="00B426B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16:02:030103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B426B6" w:rsidRPr="00340C73" w:rsidRDefault="00B426B6" w:rsidP="00B426B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122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340C73" w:rsidRDefault="00340C73" w:rsidP="00340C73">
      <w:pPr>
        <w:jc w:val="center"/>
        <w:rPr>
          <w:lang w:val="ru-RU"/>
        </w:rPr>
      </w:pP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D20CD6" w:rsidRDefault="007369E0" w:rsidP="007369E0">
      <w:pPr>
        <w:spacing w:after="0" w:line="240" w:lineRule="auto"/>
        <w:jc w:val="center"/>
        <w:rPr>
          <w:lang w:val="ru-RU"/>
        </w:rPr>
      </w:pPr>
    </w:p>
    <w:p w:rsidR="00B426B6" w:rsidRDefault="00B426B6" w:rsidP="007369E0">
      <w:pPr>
        <w:spacing w:after="0" w:line="300" w:lineRule="auto"/>
        <w:jc w:val="center"/>
      </w:pPr>
      <w:r>
        <w:t>Лист 8</w:t>
      </w:r>
    </w:p>
    <w:p w:rsidR="00B426B6" w:rsidRPr="00340C73" w:rsidRDefault="00B426B6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032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Колония сурков_Лист8_5000.b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6B6" w:rsidRPr="00BB1DD4" w:rsidRDefault="00B426B6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BD4C2C" w:rsidRPr="00BB1DD4" w:rsidRDefault="00BD4C2C" w:rsidP="00BD4C2C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BD4C2C" w:rsidRPr="00BB1DD4" w:rsidRDefault="00BD4C2C" w:rsidP="00BD4C2C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142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BD4C2C" w:rsidRPr="00B426B6" w:rsidRDefault="00BD4C2C" w:rsidP="00BD4C2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54656" behindDoc="0" locked="0" layoutInCell="0" allowOverlap="1" wp14:anchorId="389B5E76" wp14:editId="3B83AD22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57" name="Прямая соединительная линия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300186" id="Прямая соединительная линия 57" o:spid="_x0000_s1026" style="position:absolute;z-index:251654656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</w:p>
    <w:p w:rsidR="00BD4C2C" w:rsidRPr="00BB1DD4" w:rsidRDefault="00BD4C2C" w:rsidP="00BD4C2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51584" behindDoc="0" locked="0" layoutInCell="0" allowOverlap="1" wp14:anchorId="4595CA24" wp14:editId="1E78AA49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59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55680" behindDoc="0" locked="0" layoutInCell="1" allowOverlap="1" wp14:anchorId="162978E1" wp14:editId="500F18B8">
                <wp:simplePos x="0" y="0"/>
                <wp:positionH relativeFrom="margin">
                  <wp:posOffset>11430</wp:posOffset>
                </wp:positionH>
                <wp:positionV relativeFrom="paragraph">
                  <wp:posOffset>107949</wp:posOffset>
                </wp:positionV>
                <wp:extent cx="467995" cy="0"/>
                <wp:effectExtent l="0" t="0" r="0" b="0"/>
                <wp:wrapNone/>
                <wp:docPr id="58" name="Прямая соединительная линия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70AD47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ED5D48" id="Прямая соединительная линия 58" o:spid="_x0000_s1026" style="position:absolute;z-index:251655680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5pt" to="37.7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" strokecolor="#70ad47" strokeweight=".53mm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кадастрового квартала</w:t>
      </w:r>
    </w:p>
    <w:p w:rsidR="00BD4C2C" w:rsidRPr="00BB1DD4" w:rsidRDefault="00BD4C2C" w:rsidP="00BD4C2C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BD4C2C" w:rsidRPr="00BB1DD4" w:rsidRDefault="00BD4C2C" w:rsidP="00BD4C2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16:02:030103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BD4C2C" w:rsidRPr="00340C73" w:rsidRDefault="00BD4C2C" w:rsidP="00BD4C2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17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7369E0" w:rsidRDefault="007369E0">
      <w:pPr>
        <w:rPr>
          <w:rStyle w:val="BigStyle"/>
          <w:lang w:val="ru-RU"/>
        </w:rPr>
      </w:pPr>
      <w:r>
        <w:rPr>
          <w:rStyle w:val="BigStyle"/>
          <w:lang w:val="ru-RU"/>
        </w:rPr>
        <w:br w:type="page"/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607170" w:rsidRDefault="007369E0" w:rsidP="007369E0">
      <w:pPr>
        <w:spacing w:after="0" w:line="240" w:lineRule="auto"/>
        <w:jc w:val="center"/>
        <w:rPr>
          <w:lang w:val="ru-RU"/>
        </w:rPr>
      </w:pPr>
    </w:p>
    <w:p w:rsidR="00BD4C2C" w:rsidRDefault="00BD4C2C" w:rsidP="007369E0">
      <w:pPr>
        <w:spacing w:after="0" w:line="300" w:lineRule="auto"/>
        <w:jc w:val="center"/>
      </w:pPr>
      <w:r>
        <w:t>Лист 9</w:t>
      </w:r>
    </w:p>
    <w:p w:rsidR="00BD4C2C" w:rsidRPr="00340C73" w:rsidRDefault="00BD4C2C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3495"/>
            <wp:effectExtent l="0" t="0" r="0" b="8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Колония сурков_Лист9_5000.b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C2C" w:rsidRPr="00BB1DD4" w:rsidRDefault="00BD4C2C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BD4C2C" w:rsidRPr="00BB1DD4" w:rsidRDefault="00BD4C2C" w:rsidP="00BD4C2C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BD4C2C" w:rsidRPr="00BB1DD4" w:rsidRDefault="00BD4C2C" w:rsidP="00BD4C2C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157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BD4C2C" w:rsidRPr="00BD4C2C" w:rsidRDefault="00BD4C2C" w:rsidP="00BD4C2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58752" behindDoc="0" locked="0" layoutInCell="0" allowOverlap="1" wp14:anchorId="7A112B11" wp14:editId="7FAE2754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60" name="Прямая соединительная линия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18527B" id="Прямая соединительная линия 60" o:spid="_x0000_s1026" style="position:absolute;z-index:251658752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  <w:r>
        <w:rPr>
          <w:noProof/>
          <w:lang w:val="ru-RU" w:eastAsia="ru-RU"/>
        </w:rPr>
        <w:drawing>
          <wp:anchor distT="0" distB="0" distL="0" distR="0" simplePos="0" relativeHeight="251657728" behindDoc="0" locked="0" layoutInCell="0" allowOverlap="1" wp14:anchorId="74382D0E" wp14:editId="2A255DC2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4C2C" w:rsidRPr="00BB1DD4" w:rsidRDefault="00BD4C2C" w:rsidP="00BD4C2C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BD4C2C" w:rsidRPr="00BB1DD4" w:rsidRDefault="00BD4C2C" w:rsidP="00BD4C2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16:02:030103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BD4C2C" w:rsidRPr="00340C73" w:rsidRDefault="00BD4C2C" w:rsidP="00BD4C2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8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B426B6" w:rsidRDefault="00B426B6" w:rsidP="00BD4C2C">
      <w:pPr>
        <w:spacing w:after="0" w:line="240" w:lineRule="auto"/>
        <w:outlineLvl w:val="0"/>
        <w:rPr>
          <w:lang w:val="ru-RU"/>
        </w:rPr>
      </w:pPr>
    </w:p>
    <w:p w:rsidR="007369E0" w:rsidRDefault="007369E0">
      <w:pPr>
        <w:rPr>
          <w:rStyle w:val="BigStyle"/>
          <w:lang w:val="ru-RU"/>
        </w:rPr>
      </w:pPr>
      <w:r>
        <w:rPr>
          <w:rStyle w:val="BigStyle"/>
          <w:lang w:val="ru-RU"/>
        </w:rPr>
        <w:br w:type="page"/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607170" w:rsidRDefault="007369E0" w:rsidP="007369E0">
      <w:pPr>
        <w:spacing w:after="0" w:line="240" w:lineRule="auto"/>
        <w:jc w:val="center"/>
        <w:rPr>
          <w:lang w:val="ru-RU"/>
        </w:rPr>
      </w:pPr>
    </w:p>
    <w:p w:rsidR="00BD4C2C" w:rsidRDefault="00BD4C2C" w:rsidP="007369E0">
      <w:pPr>
        <w:spacing w:after="0" w:line="300" w:lineRule="auto"/>
        <w:jc w:val="center"/>
      </w:pPr>
      <w:r>
        <w:t>Лист 10</w:t>
      </w:r>
    </w:p>
    <w:p w:rsidR="00BD4C2C" w:rsidRPr="00340C73" w:rsidRDefault="00ED6DC9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3495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Колония сурков_Лист10_5000.b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C2C" w:rsidRPr="00BB1DD4" w:rsidRDefault="00BD4C2C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BD4C2C" w:rsidRPr="00BB1DD4" w:rsidRDefault="00BD4C2C" w:rsidP="00BD4C2C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BD4C2C" w:rsidRPr="00BB1DD4" w:rsidRDefault="00BD4C2C" w:rsidP="00BD4C2C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163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BD4C2C" w:rsidRPr="00B426B6" w:rsidRDefault="00BD4C2C" w:rsidP="00BD4C2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66944" behindDoc="0" locked="0" layoutInCell="0" allowOverlap="1" wp14:anchorId="2B5E475B" wp14:editId="5AE43D1B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69" name="Прямая соединительная линия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688A33" id="Прямая соединительная линия 69" o:spid="_x0000_s1026" style="position:absolute;z-index:251666944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</w:p>
    <w:p w:rsidR="00BD4C2C" w:rsidRPr="00BB1DD4" w:rsidRDefault="00BD4C2C" w:rsidP="00BD4C2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63872" behindDoc="0" locked="0" layoutInCell="0" allowOverlap="1" wp14:anchorId="010926DB" wp14:editId="57243E34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71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67968" behindDoc="0" locked="0" layoutInCell="1" allowOverlap="1" wp14:anchorId="247335E6" wp14:editId="72E771CC">
                <wp:simplePos x="0" y="0"/>
                <wp:positionH relativeFrom="margin">
                  <wp:posOffset>11430</wp:posOffset>
                </wp:positionH>
                <wp:positionV relativeFrom="paragraph">
                  <wp:posOffset>107949</wp:posOffset>
                </wp:positionV>
                <wp:extent cx="467995" cy="0"/>
                <wp:effectExtent l="0" t="0" r="0" b="0"/>
                <wp:wrapNone/>
                <wp:docPr id="70" name="Прямая соединительная линия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70AD47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D02897" id="Прямая соединительная линия 70" o:spid="_x0000_s1026" style="position:absolute;z-index:251667968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5pt" to="37.7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" strokecolor="#70ad47" strokeweight=".53mm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кадастрового квартала</w:t>
      </w:r>
    </w:p>
    <w:p w:rsidR="00BD4C2C" w:rsidRPr="00BB1DD4" w:rsidRDefault="00BD4C2C" w:rsidP="00BD4C2C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BD4C2C" w:rsidRPr="00BB1DD4" w:rsidRDefault="00BD4C2C" w:rsidP="00BD4C2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16:02:030103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BD4C2C" w:rsidRPr="00340C73" w:rsidRDefault="00BD4C2C" w:rsidP="00BD4C2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132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7369E0" w:rsidRDefault="007369E0">
      <w:pPr>
        <w:rPr>
          <w:rStyle w:val="BigStyle"/>
          <w:lang w:val="ru-RU"/>
        </w:rPr>
      </w:pPr>
      <w:r>
        <w:rPr>
          <w:rStyle w:val="BigStyle"/>
          <w:lang w:val="ru-RU"/>
        </w:rPr>
        <w:br w:type="page"/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7369E0" w:rsidRDefault="007369E0" w:rsidP="007369E0">
      <w:pPr>
        <w:spacing w:after="0" w:line="240" w:lineRule="auto"/>
        <w:jc w:val="center"/>
        <w:rPr>
          <w:lang w:val="ru-RU"/>
        </w:rPr>
      </w:pPr>
    </w:p>
    <w:p w:rsidR="00BD4C2C" w:rsidRDefault="00BD4C2C" w:rsidP="007369E0">
      <w:pPr>
        <w:spacing w:after="0" w:line="300" w:lineRule="auto"/>
        <w:jc w:val="center"/>
      </w:pPr>
      <w:r>
        <w:t>Лист 11</w:t>
      </w:r>
    </w:p>
    <w:p w:rsidR="00BD4C2C" w:rsidRPr="00340C73" w:rsidRDefault="00BD4C2C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032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Колония сурков_Лист11_5000.b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C2C" w:rsidRPr="00BB1DD4" w:rsidRDefault="00BD4C2C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BD4C2C" w:rsidRPr="00BB1DD4" w:rsidRDefault="00BD4C2C" w:rsidP="00BD4C2C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BD4C2C" w:rsidRPr="00BB1DD4" w:rsidRDefault="00BD4C2C" w:rsidP="00BD4C2C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176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BD4C2C" w:rsidRPr="00B426B6" w:rsidRDefault="00BD4C2C" w:rsidP="00BD4C2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70016" behindDoc="0" locked="0" layoutInCell="0" allowOverlap="1" wp14:anchorId="57788286" wp14:editId="45343781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72" name="Прямая соединительная линия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9D304B" id="Прямая соединительная линия 72" o:spid="_x0000_s1026" style="position:absolute;z-index:251670016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</w:p>
    <w:p w:rsidR="00BD4C2C" w:rsidRPr="00BB1DD4" w:rsidRDefault="00BD4C2C" w:rsidP="00BD4C2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68992" behindDoc="0" locked="0" layoutInCell="0" allowOverlap="1" wp14:anchorId="7F422E1F" wp14:editId="28F0486F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75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71040" behindDoc="0" locked="0" layoutInCell="1" allowOverlap="1" wp14:anchorId="251796D4" wp14:editId="150207F4">
                <wp:simplePos x="0" y="0"/>
                <wp:positionH relativeFrom="margin">
                  <wp:posOffset>11430</wp:posOffset>
                </wp:positionH>
                <wp:positionV relativeFrom="paragraph">
                  <wp:posOffset>107949</wp:posOffset>
                </wp:positionV>
                <wp:extent cx="467995" cy="0"/>
                <wp:effectExtent l="0" t="0" r="0" b="0"/>
                <wp:wrapNone/>
                <wp:docPr id="73" name="Прямая соединительная линия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70AD47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D1540F" id="Прямая соединительная линия 73" o:spid="_x0000_s1026" style="position:absolute;z-index:251671040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5pt" to="37.7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" strokecolor="#70ad47" strokeweight=".53mm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кадастрового квартала</w:t>
      </w:r>
    </w:p>
    <w:p w:rsidR="00BD4C2C" w:rsidRPr="00BB1DD4" w:rsidRDefault="00BD4C2C" w:rsidP="00BD4C2C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BD4C2C" w:rsidRPr="00BB1DD4" w:rsidRDefault="00BD4C2C" w:rsidP="00BD4C2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16:02:030103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BD4C2C" w:rsidRPr="00340C73" w:rsidRDefault="00BD4C2C" w:rsidP="00BD4C2C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142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7369E0" w:rsidRDefault="007369E0">
      <w:pPr>
        <w:rPr>
          <w:rStyle w:val="BigStyle"/>
          <w:lang w:val="ru-RU"/>
        </w:rPr>
      </w:pPr>
      <w:r>
        <w:rPr>
          <w:rStyle w:val="BigStyle"/>
          <w:lang w:val="ru-RU"/>
        </w:rPr>
        <w:br w:type="page"/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7369E0" w:rsidRDefault="007369E0" w:rsidP="007369E0">
      <w:pPr>
        <w:spacing w:after="0" w:line="240" w:lineRule="auto"/>
        <w:jc w:val="center"/>
        <w:rPr>
          <w:lang w:val="ru-RU"/>
        </w:rPr>
      </w:pPr>
    </w:p>
    <w:p w:rsidR="00351E9D" w:rsidRDefault="00351E9D" w:rsidP="007369E0">
      <w:pPr>
        <w:spacing w:after="0" w:line="300" w:lineRule="auto"/>
        <w:jc w:val="center"/>
      </w:pPr>
      <w:r>
        <w:t>Лист 12</w:t>
      </w:r>
    </w:p>
    <w:p w:rsidR="00351E9D" w:rsidRPr="00340C73" w:rsidRDefault="00351E9D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3495"/>
            <wp:effectExtent l="0" t="0" r="0" b="825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Колония сурков_Лист12_5000.bmp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E9D" w:rsidRPr="00BB1DD4" w:rsidRDefault="00351E9D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351E9D" w:rsidRPr="00BB1DD4" w:rsidRDefault="00351E9D" w:rsidP="00351E9D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351E9D" w:rsidRPr="00BB1DD4" w:rsidRDefault="00351E9D" w:rsidP="00351E9D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181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351E9D" w:rsidRPr="00B426B6" w:rsidRDefault="00351E9D" w:rsidP="00351E9D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73088" behindDoc="0" locked="0" layoutInCell="0" allowOverlap="1" wp14:anchorId="619EB826" wp14:editId="210B6A8A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77" name="Прямая соединительная линия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2DF74C" id="Прямая соединительная линия 77" o:spid="_x0000_s1026" style="position:absolute;z-index:251673088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</w:p>
    <w:p w:rsidR="00351E9D" w:rsidRPr="00BB1DD4" w:rsidRDefault="00351E9D" w:rsidP="00351E9D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72064" behindDoc="0" locked="0" layoutInCell="0" allowOverlap="1" wp14:anchorId="4E02F6B7" wp14:editId="62BFA85D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80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74112" behindDoc="0" locked="0" layoutInCell="1" allowOverlap="1" wp14:anchorId="6DAAE87A" wp14:editId="50A5715A">
                <wp:simplePos x="0" y="0"/>
                <wp:positionH relativeFrom="margin">
                  <wp:posOffset>11430</wp:posOffset>
                </wp:positionH>
                <wp:positionV relativeFrom="paragraph">
                  <wp:posOffset>107949</wp:posOffset>
                </wp:positionV>
                <wp:extent cx="467995" cy="0"/>
                <wp:effectExtent l="0" t="0" r="0" b="0"/>
                <wp:wrapNone/>
                <wp:docPr id="78" name="Прямая соединительная линия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70AD47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EF3DF9" id="Прямая соединительная линия 78" o:spid="_x0000_s1026" style="position:absolute;z-index:251674112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5pt" to="37.7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" strokecolor="#70ad47" strokeweight=".53mm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кадастрового квартала</w:t>
      </w:r>
    </w:p>
    <w:p w:rsidR="00351E9D" w:rsidRPr="00BB1DD4" w:rsidRDefault="00351E9D" w:rsidP="00351E9D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351E9D" w:rsidRPr="00BB1DD4" w:rsidRDefault="00351E9D" w:rsidP="00351E9D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16:02:030103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351E9D" w:rsidRPr="00340C73" w:rsidRDefault="00351E9D" w:rsidP="00351E9D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670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7369E0" w:rsidRDefault="007369E0">
      <w:pPr>
        <w:rPr>
          <w:rStyle w:val="BigStyle"/>
          <w:lang w:val="ru-RU"/>
        </w:rPr>
      </w:pPr>
      <w:r>
        <w:rPr>
          <w:rStyle w:val="BigStyle"/>
          <w:lang w:val="ru-RU"/>
        </w:rPr>
        <w:br w:type="page"/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7369E0" w:rsidRDefault="007369E0" w:rsidP="007369E0">
      <w:pPr>
        <w:spacing w:after="0" w:line="240" w:lineRule="auto"/>
        <w:jc w:val="center"/>
        <w:rPr>
          <w:lang w:val="ru-RU"/>
        </w:rPr>
      </w:pPr>
    </w:p>
    <w:p w:rsidR="00351E9D" w:rsidRDefault="00351E9D" w:rsidP="007369E0">
      <w:pPr>
        <w:spacing w:after="0" w:line="300" w:lineRule="auto"/>
        <w:jc w:val="center"/>
      </w:pPr>
      <w:r>
        <w:t>Лист 13</w:t>
      </w:r>
    </w:p>
    <w:p w:rsidR="00351E9D" w:rsidRPr="00340C73" w:rsidRDefault="00351E9D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3495"/>
            <wp:effectExtent l="0" t="0" r="0" b="825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Колония сурков_Лист13_5000.b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E9D" w:rsidRPr="00BB1DD4" w:rsidRDefault="00351E9D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351E9D" w:rsidRPr="00BB1DD4" w:rsidRDefault="00351E9D" w:rsidP="00351E9D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351E9D" w:rsidRPr="00BB1DD4" w:rsidRDefault="00351E9D" w:rsidP="00351E9D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183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351E9D" w:rsidRPr="00351E9D" w:rsidRDefault="00351E9D" w:rsidP="00351E9D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77184" behindDoc="0" locked="0" layoutInCell="0" allowOverlap="1" wp14:anchorId="76EE9D7C" wp14:editId="3B1C9CFA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82" name="Прямая соединительная линия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B1D559" id="Прямая соединительная линия 82" o:spid="_x0000_s1026" style="position:absolute;z-index:251677184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  <w:r>
        <w:rPr>
          <w:noProof/>
          <w:lang w:val="ru-RU" w:eastAsia="ru-RU"/>
        </w:rPr>
        <w:drawing>
          <wp:anchor distT="0" distB="0" distL="0" distR="0" simplePos="0" relativeHeight="251676160" behindDoc="0" locked="0" layoutInCell="0" allowOverlap="1" wp14:anchorId="325B6829" wp14:editId="77B7ABE8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85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1E9D" w:rsidRPr="00BB1DD4" w:rsidRDefault="00351E9D" w:rsidP="00351E9D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351E9D" w:rsidRPr="00BB1DD4" w:rsidRDefault="00351E9D" w:rsidP="00351E9D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16:02:030103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351E9D" w:rsidRPr="00340C73" w:rsidRDefault="00351E9D" w:rsidP="00351E9D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1689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BD4C2C" w:rsidRDefault="00BD4C2C" w:rsidP="00BD4C2C">
      <w:pPr>
        <w:spacing w:after="0" w:line="240" w:lineRule="auto"/>
        <w:outlineLvl w:val="0"/>
        <w:rPr>
          <w:lang w:val="ru-RU"/>
        </w:rPr>
      </w:pPr>
    </w:p>
    <w:p w:rsidR="007369E0" w:rsidRDefault="007369E0">
      <w:pPr>
        <w:rPr>
          <w:rStyle w:val="BigStyle"/>
          <w:lang w:val="ru-RU"/>
        </w:rPr>
      </w:pPr>
      <w:r>
        <w:rPr>
          <w:rStyle w:val="BigStyle"/>
          <w:lang w:val="ru-RU"/>
        </w:rPr>
        <w:br w:type="page"/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7369E0" w:rsidRDefault="007369E0" w:rsidP="007369E0">
      <w:pPr>
        <w:spacing w:after="0" w:line="240" w:lineRule="auto"/>
        <w:jc w:val="center"/>
        <w:rPr>
          <w:lang w:val="ru-RU"/>
        </w:rPr>
      </w:pPr>
    </w:p>
    <w:p w:rsidR="00351E9D" w:rsidRDefault="00351E9D" w:rsidP="007369E0">
      <w:pPr>
        <w:spacing w:after="0" w:line="300" w:lineRule="auto"/>
        <w:jc w:val="center"/>
      </w:pPr>
      <w:r>
        <w:t>Лист 14</w:t>
      </w:r>
    </w:p>
    <w:p w:rsidR="00351E9D" w:rsidRPr="00340C73" w:rsidRDefault="00351E9D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3495"/>
            <wp:effectExtent l="0" t="0" r="0" b="825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Колония сурков_Лист14_5000.b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E9D" w:rsidRPr="00BB1DD4" w:rsidRDefault="00351E9D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351E9D" w:rsidRPr="00BB1DD4" w:rsidRDefault="00351E9D" w:rsidP="00351E9D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351E9D" w:rsidRPr="00BB1DD4" w:rsidRDefault="00351E9D" w:rsidP="00351E9D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201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351E9D" w:rsidRPr="00351E9D" w:rsidRDefault="00351E9D" w:rsidP="00351E9D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82304" behindDoc="0" locked="0" layoutInCell="0" allowOverlap="1" wp14:anchorId="6BC9770E" wp14:editId="2AE957D0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87" name="Прямая соединительная линия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43CCA2" id="Прямая соединительная линия 87" o:spid="_x0000_s1026" style="position:absolute;z-index:251682304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  <w:r>
        <w:rPr>
          <w:noProof/>
          <w:lang w:val="ru-RU" w:eastAsia="ru-RU"/>
        </w:rPr>
        <w:drawing>
          <wp:anchor distT="0" distB="0" distL="0" distR="0" simplePos="0" relativeHeight="251681280" behindDoc="0" locked="0" layoutInCell="0" allowOverlap="1" wp14:anchorId="7FCC89DF" wp14:editId="64D22D5D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90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1E9D" w:rsidRPr="00BB1DD4" w:rsidRDefault="00351E9D" w:rsidP="00351E9D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351E9D" w:rsidRPr="00BB1DD4" w:rsidRDefault="00351E9D" w:rsidP="00351E9D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16:02:030103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351E9D" w:rsidRPr="00340C73" w:rsidRDefault="00351E9D" w:rsidP="00351E9D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25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351E9D" w:rsidRDefault="00351E9D" w:rsidP="00BD4C2C">
      <w:pPr>
        <w:spacing w:after="0" w:line="240" w:lineRule="auto"/>
        <w:outlineLvl w:val="0"/>
        <w:rPr>
          <w:lang w:val="ru-RU"/>
        </w:rPr>
      </w:pPr>
    </w:p>
    <w:p w:rsidR="007369E0" w:rsidRDefault="007369E0">
      <w:pPr>
        <w:rPr>
          <w:rStyle w:val="BigStyle"/>
          <w:lang w:val="ru-RU"/>
        </w:rPr>
      </w:pPr>
      <w:r>
        <w:rPr>
          <w:rStyle w:val="BigStyle"/>
          <w:lang w:val="ru-RU"/>
        </w:rPr>
        <w:br w:type="page"/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7369E0" w:rsidRDefault="007369E0" w:rsidP="007369E0">
      <w:pPr>
        <w:spacing w:after="0" w:line="240" w:lineRule="auto"/>
        <w:jc w:val="center"/>
        <w:rPr>
          <w:lang w:val="ru-RU"/>
        </w:rPr>
      </w:pPr>
    </w:p>
    <w:p w:rsidR="00351E9D" w:rsidRDefault="00351E9D" w:rsidP="007369E0">
      <w:pPr>
        <w:spacing w:after="0" w:line="300" w:lineRule="auto"/>
        <w:jc w:val="center"/>
      </w:pPr>
      <w:r>
        <w:t>Лист 15</w:t>
      </w:r>
    </w:p>
    <w:p w:rsidR="00351E9D" w:rsidRPr="00340C73" w:rsidRDefault="00ED6DC9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03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Колония сурков_Лист15_5000.b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E9D" w:rsidRPr="00BB1DD4" w:rsidRDefault="00351E9D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351E9D" w:rsidRPr="00BB1DD4" w:rsidRDefault="00351E9D" w:rsidP="00351E9D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351E9D" w:rsidRPr="00BB1DD4" w:rsidRDefault="00351E9D" w:rsidP="00351E9D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217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351E9D" w:rsidRPr="00351E9D" w:rsidRDefault="00351E9D" w:rsidP="00351E9D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86400" behindDoc="0" locked="0" layoutInCell="0" allowOverlap="1" wp14:anchorId="56F3B03E" wp14:editId="5DBD2346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92" name="Прямая соединительная линия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7F3458" id="Прямая соединительная линия 92" o:spid="_x0000_s1026" style="position:absolute;z-index:251686400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  <w:r>
        <w:rPr>
          <w:noProof/>
          <w:lang w:val="ru-RU" w:eastAsia="ru-RU"/>
        </w:rPr>
        <w:drawing>
          <wp:anchor distT="0" distB="0" distL="0" distR="0" simplePos="0" relativeHeight="251685376" behindDoc="0" locked="0" layoutInCell="0" allowOverlap="1" wp14:anchorId="3BFF0BB9" wp14:editId="42718323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94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1E9D" w:rsidRPr="00BB1DD4" w:rsidRDefault="00351E9D" w:rsidP="00351E9D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351E9D" w:rsidRPr="00BB1DD4" w:rsidRDefault="00351E9D" w:rsidP="00351E9D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16:02:030103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351E9D" w:rsidRPr="00340C73" w:rsidRDefault="00351E9D" w:rsidP="00351E9D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 w:rsidR="00815C26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60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351E9D" w:rsidRPr="00B426B6" w:rsidRDefault="00351E9D" w:rsidP="00351E9D">
      <w:pPr>
        <w:spacing w:after="0" w:line="240" w:lineRule="auto"/>
        <w:outlineLvl w:val="0"/>
        <w:rPr>
          <w:lang w:val="ru-RU"/>
        </w:rPr>
      </w:pPr>
    </w:p>
    <w:p w:rsidR="007369E0" w:rsidRDefault="007369E0">
      <w:pPr>
        <w:rPr>
          <w:rStyle w:val="BigStyle"/>
          <w:lang w:val="ru-RU"/>
        </w:rPr>
      </w:pPr>
      <w:r>
        <w:rPr>
          <w:rStyle w:val="BigStyle"/>
          <w:lang w:val="ru-RU"/>
        </w:rPr>
        <w:br w:type="page"/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7369E0" w:rsidRDefault="007369E0" w:rsidP="007369E0">
      <w:pPr>
        <w:spacing w:after="0" w:line="240" w:lineRule="auto"/>
        <w:jc w:val="center"/>
        <w:rPr>
          <w:lang w:val="ru-RU"/>
        </w:rPr>
      </w:pPr>
    </w:p>
    <w:p w:rsidR="00815C26" w:rsidRDefault="00815C26" w:rsidP="007369E0">
      <w:pPr>
        <w:spacing w:after="0" w:line="300" w:lineRule="auto"/>
        <w:jc w:val="center"/>
      </w:pPr>
      <w:r>
        <w:t>Лист 16</w:t>
      </w:r>
    </w:p>
    <w:p w:rsidR="00815C26" w:rsidRPr="00340C73" w:rsidRDefault="00815C26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3495"/>
            <wp:effectExtent l="0" t="0" r="0" b="825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Колония сурков_Лист16_5000.bmp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C26" w:rsidRPr="00BB1DD4" w:rsidRDefault="00815C26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815C26" w:rsidRPr="00BB1DD4" w:rsidRDefault="00815C26" w:rsidP="00815C26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815C26" w:rsidRPr="00BB1DD4" w:rsidRDefault="00815C26" w:rsidP="00815C26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226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815C26" w:rsidRPr="00B426B6" w:rsidRDefault="00815C26" w:rsidP="00815C2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92544" behindDoc="0" locked="0" layoutInCell="0" allowOverlap="1" wp14:anchorId="1C2EC1ED" wp14:editId="48D24FA1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100" name="Прямая соединительная линия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47E9E8" id="Прямая соединительная линия 100" o:spid="_x0000_s1026" style="position:absolute;z-index:251692544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</w:p>
    <w:p w:rsidR="00815C26" w:rsidRPr="00BB1DD4" w:rsidRDefault="00815C26" w:rsidP="00815C2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89472" behindDoc="0" locked="0" layoutInCell="0" allowOverlap="1" wp14:anchorId="4745A59C" wp14:editId="55EF2E82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102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93568" behindDoc="0" locked="0" layoutInCell="1" allowOverlap="1" wp14:anchorId="53D80D16" wp14:editId="227AF95C">
                <wp:simplePos x="0" y="0"/>
                <wp:positionH relativeFrom="margin">
                  <wp:posOffset>11430</wp:posOffset>
                </wp:positionH>
                <wp:positionV relativeFrom="paragraph">
                  <wp:posOffset>107949</wp:posOffset>
                </wp:positionV>
                <wp:extent cx="467995" cy="0"/>
                <wp:effectExtent l="0" t="0" r="0" b="0"/>
                <wp:wrapNone/>
                <wp:docPr id="101" name="Прямая соединительная линия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70AD47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1B90C1" id="Прямая соединительная линия 101" o:spid="_x0000_s1026" style="position:absolute;z-index:251693568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5pt" to="37.7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" strokecolor="#70ad47" strokeweight=".53mm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кадастрового квартала</w:t>
      </w:r>
    </w:p>
    <w:p w:rsidR="00815C26" w:rsidRPr="00BB1DD4" w:rsidRDefault="00815C26" w:rsidP="00815C26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815C26" w:rsidRPr="00BB1DD4" w:rsidRDefault="00815C26" w:rsidP="00815C2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16:02:030103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815C26" w:rsidRPr="00340C73" w:rsidRDefault="00815C26" w:rsidP="00815C2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37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7369E0" w:rsidRDefault="007369E0">
      <w:pPr>
        <w:rPr>
          <w:rStyle w:val="BigStyle"/>
          <w:lang w:val="ru-RU"/>
        </w:rPr>
      </w:pPr>
      <w:r>
        <w:rPr>
          <w:rStyle w:val="BigStyle"/>
          <w:lang w:val="ru-RU"/>
        </w:rPr>
        <w:br w:type="page"/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7369E0" w:rsidRDefault="007369E0" w:rsidP="007369E0">
      <w:pPr>
        <w:spacing w:after="0" w:line="240" w:lineRule="auto"/>
        <w:jc w:val="center"/>
        <w:rPr>
          <w:lang w:val="ru-RU"/>
        </w:rPr>
      </w:pPr>
    </w:p>
    <w:p w:rsidR="00815C26" w:rsidRDefault="00815C26" w:rsidP="007369E0">
      <w:pPr>
        <w:spacing w:after="0" w:line="300" w:lineRule="auto"/>
        <w:jc w:val="center"/>
      </w:pPr>
      <w:r>
        <w:t>Лист 17</w:t>
      </w:r>
    </w:p>
    <w:p w:rsidR="00815C26" w:rsidRPr="00340C73" w:rsidRDefault="00ED6DC9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03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Колония сурков_Лист17_5000.b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C26" w:rsidRPr="00BB1DD4" w:rsidRDefault="00815C26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815C26" w:rsidRPr="00BB1DD4" w:rsidRDefault="00815C26" w:rsidP="00815C26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815C26" w:rsidRPr="00BB1DD4" w:rsidRDefault="00815C26" w:rsidP="00815C26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 w:rsidR="00C07106">
        <w:rPr>
          <w:rFonts w:eastAsia="Times New Roman" w:cs="Times New Roman"/>
          <w:sz w:val="18"/>
          <w:szCs w:val="18"/>
          <w:lang w:val="ru-RU"/>
        </w:rPr>
        <w:t>632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815C26" w:rsidRPr="00BB1DD4" w:rsidRDefault="00815C26" w:rsidP="00815C2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699712" behindDoc="0" locked="0" layoutInCell="0" allowOverlap="1" wp14:anchorId="3B23AA7D" wp14:editId="62505B12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108" name="Прямая соединительная линия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2E2EF3" id="Прямая соединительная линия 108" o:spid="_x0000_s1026" style="position:absolute;z-index:251699712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</w:p>
    <w:p w:rsidR="00815C26" w:rsidRPr="00BB1DD4" w:rsidRDefault="00815C26" w:rsidP="00815C2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3FC29D54" wp14:editId="281A668D">
                <wp:simplePos x="0" y="0"/>
                <wp:positionH relativeFrom="column">
                  <wp:posOffset>6985</wp:posOffset>
                </wp:positionH>
                <wp:positionV relativeFrom="paragraph">
                  <wp:posOffset>112395</wp:posOffset>
                </wp:positionV>
                <wp:extent cx="467995" cy="635"/>
                <wp:effectExtent l="12700" t="17145" r="14605" b="10795"/>
                <wp:wrapNone/>
                <wp:docPr id="109" name="Прямая соединительная линия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7995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47C2FE" id="Прямая соединительная линия 109" o:spid="_x0000_s1026" style="position:absolute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55pt,8.85pt" to="37.4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" strokecolor="gray [1629]" strokeweight="1.5pt">
                <v:stroke dashstyle="longDashDotDot"/>
              </v:line>
            </w:pict>
          </mc:Fallback>
        </mc:AlternateContent>
      </w:r>
      <w:r w:rsidRPr="00BB1DD4">
        <w:rPr>
          <w:rFonts w:cs="Times New Roman"/>
          <w:lang w:val="ru-RU"/>
        </w:rPr>
        <w:tab/>
        <w:t>– граница населенного пункта</w:t>
      </w:r>
    </w:p>
    <w:p w:rsidR="00815C26" w:rsidRPr="00BB1DD4" w:rsidRDefault="00815C26" w:rsidP="00815C2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96640" behindDoc="0" locked="0" layoutInCell="0" allowOverlap="1" wp14:anchorId="17DCEA32" wp14:editId="111131C5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111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702784" behindDoc="0" locked="0" layoutInCell="1" allowOverlap="1" wp14:anchorId="5BAF0F7B" wp14:editId="65F1D55F">
                <wp:simplePos x="0" y="0"/>
                <wp:positionH relativeFrom="margin">
                  <wp:posOffset>11430</wp:posOffset>
                </wp:positionH>
                <wp:positionV relativeFrom="paragraph">
                  <wp:posOffset>107949</wp:posOffset>
                </wp:positionV>
                <wp:extent cx="467995" cy="0"/>
                <wp:effectExtent l="0" t="0" r="0" b="0"/>
                <wp:wrapNone/>
                <wp:docPr id="110" name="Прямая соединительная линия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70AD47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AF6E12" id="Прямая соединительная линия 110" o:spid="_x0000_s1026" style="position:absolute;z-index:251702784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5pt" to="37.7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" strokecolor="#70ad47" strokeweight=".53mm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кадастрового квартала</w:t>
      </w:r>
    </w:p>
    <w:p w:rsidR="00815C26" w:rsidRPr="00BB1DD4" w:rsidRDefault="00815C26" w:rsidP="00815C26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815C26" w:rsidRPr="00BB1DD4" w:rsidRDefault="00815C26" w:rsidP="00815C2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</w:t>
      </w:r>
      <w:r w:rsidR="00C07106">
        <w:rPr>
          <w:rFonts w:eastAsia="Times New Roman" w:cs="Times New Roman"/>
          <w:b/>
          <w:color w:val="267300"/>
          <w:sz w:val="18"/>
          <w:szCs w:val="18"/>
          <w:lang w:val="ru-RU"/>
        </w:rPr>
        <w:t>:030103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815C26" w:rsidRPr="00340C73" w:rsidRDefault="00815C26" w:rsidP="00815C2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 w:rsidR="00C07106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33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7369E0" w:rsidRDefault="007369E0" w:rsidP="007369E0">
      <w:pPr>
        <w:spacing w:after="0" w:line="240" w:lineRule="auto"/>
        <w:jc w:val="center"/>
        <w:rPr>
          <w:lang w:val="ru-RU"/>
        </w:rPr>
      </w:pPr>
    </w:p>
    <w:p w:rsidR="00C07106" w:rsidRDefault="00C07106" w:rsidP="007369E0">
      <w:pPr>
        <w:spacing w:after="0" w:line="300" w:lineRule="auto"/>
        <w:jc w:val="center"/>
      </w:pPr>
      <w:r>
        <w:t>Лист 18</w:t>
      </w:r>
    </w:p>
    <w:p w:rsidR="00C07106" w:rsidRPr="00340C73" w:rsidRDefault="00C07106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3495"/>
            <wp:effectExtent l="0" t="0" r="0" b="825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Колония сурков_Лист18_5000.b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106" w:rsidRPr="00BB1DD4" w:rsidRDefault="00C07106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C07106" w:rsidRPr="00BB1DD4" w:rsidRDefault="00C07106" w:rsidP="00C07106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C07106" w:rsidRPr="00BB1DD4" w:rsidRDefault="00C07106" w:rsidP="00C07106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654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C07106" w:rsidRPr="00BB1DD4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709952" behindDoc="0" locked="0" layoutInCell="0" allowOverlap="1" wp14:anchorId="5824176E" wp14:editId="7BA3A974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117" name="Прямая соединительная линия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33C205" id="Прямая соединительная линия 117" o:spid="_x0000_s1026" style="position:absolute;z-index:251709952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</w:p>
    <w:p w:rsidR="00C07106" w:rsidRPr="00BB1DD4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50A8C6D1" wp14:editId="75E02D8B">
                <wp:simplePos x="0" y="0"/>
                <wp:positionH relativeFrom="column">
                  <wp:posOffset>6985</wp:posOffset>
                </wp:positionH>
                <wp:positionV relativeFrom="paragraph">
                  <wp:posOffset>112395</wp:posOffset>
                </wp:positionV>
                <wp:extent cx="467995" cy="635"/>
                <wp:effectExtent l="12700" t="17145" r="14605" b="10795"/>
                <wp:wrapNone/>
                <wp:docPr id="118" name="Прямая соединительная линия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7995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E87F92" id="Прямая соединительная линия 118" o:spid="_x0000_s1026" style="position:absolute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55pt,8.85pt" to="37.4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" strokecolor="gray [1629]" strokeweight="1.5pt">
                <v:stroke dashstyle="longDashDotDot"/>
              </v:line>
            </w:pict>
          </mc:Fallback>
        </mc:AlternateContent>
      </w:r>
      <w:r w:rsidRPr="00BB1DD4">
        <w:rPr>
          <w:rFonts w:cs="Times New Roman"/>
          <w:lang w:val="ru-RU"/>
        </w:rPr>
        <w:tab/>
        <w:t>– граница населенного пункта</w:t>
      </w:r>
    </w:p>
    <w:p w:rsidR="00C07106" w:rsidRPr="00BB1DD4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706880" behindDoc="0" locked="0" layoutInCell="0" allowOverlap="1" wp14:anchorId="344023BC" wp14:editId="1BA7AF0D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120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713024" behindDoc="0" locked="0" layoutInCell="1" allowOverlap="1" wp14:anchorId="0AF351B4" wp14:editId="339220E9">
                <wp:simplePos x="0" y="0"/>
                <wp:positionH relativeFrom="margin">
                  <wp:posOffset>11430</wp:posOffset>
                </wp:positionH>
                <wp:positionV relativeFrom="paragraph">
                  <wp:posOffset>107949</wp:posOffset>
                </wp:positionV>
                <wp:extent cx="467995" cy="0"/>
                <wp:effectExtent l="0" t="0" r="0" b="0"/>
                <wp:wrapNone/>
                <wp:docPr id="119" name="Прямая соединительная линия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70AD47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1F61BA" id="Прямая соединительная линия 119" o:spid="_x0000_s1026" style="position:absolute;z-index:251713024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5pt" to="37.7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" strokecolor="#70ad47" strokeweight=".53mm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кадастрового квартала</w:t>
      </w:r>
    </w:p>
    <w:p w:rsidR="00C07106" w:rsidRPr="00BB1DD4" w:rsidRDefault="00C07106" w:rsidP="00C07106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C07106" w:rsidRPr="00BB1DD4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16:02:030103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C07106" w:rsidRPr="00340C73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39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7369E0" w:rsidRDefault="007369E0" w:rsidP="007369E0">
      <w:pPr>
        <w:spacing w:after="0" w:line="240" w:lineRule="auto"/>
        <w:jc w:val="center"/>
        <w:rPr>
          <w:lang w:val="ru-RU"/>
        </w:rPr>
      </w:pPr>
    </w:p>
    <w:p w:rsidR="00C07106" w:rsidRDefault="00C07106" w:rsidP="007369E0">
      <w:pPr>
        <w:spacing w:after="0" w:line="300" w:lineRule="auto"/>
        <w:jc w:val="center"/>
      </w:pPr>
      <w:r>
        <w:t>Лист 19</w:t>
      </w:r>
    </w:p>
    <w:p w:rsidR="00C07106" w:rsidRPr="00340C73" w:rsidRDefault="00C07106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032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Колония сурков_Лист19_5000.b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106" w:rsidRPr="00BB1DD4" w:rsidRDefault="00C07106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C07106" w:rsidRPr="00BB1DD4" w:rsidRDefault="00C07106" w:rsidP="00C07106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C07106" w:rsidRPr="00BB1DD4" w:rsidRDefault="00C07106" w:rsidP="00C07106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812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C07106" w:rsidRPr="00B426B6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716096" behindDoc="0" locked="0" layoutInCell="0" allowOverlap="1" wp14:anchorId="6EDA06E7" wp14:editId="3D47AF59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121" name="Прямая соединительная линия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0EEE3D" id="Прямая соединительная линия 121" o:spid="_x0000_s1026" style="position:absolute;z-index:251716096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</w:p>
    <w:p w:rsidR="00C07106" w:rsidRPr="00BB1DD4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715072" behindDoc="0" locked="0" layoutInCell="0" allowOverlap="1" wp14:anchorId="021EC4AC" wp14:editId="716BBE11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124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717120" behindDoc="0" locked="0" layoutInCell="1" allowOverlap="1" wp14:anchorId="4D678C3C" wp14:editId="187BC685">
                <wp:simplePos x="0" y="0"/>
                <wp:positionH relativeFrom="margin">
                  <wp:posOffset>11430</wp:posOffset>
                </wp:positionH>
                <wp:positionV relativeFrom="paragraph">
                  <wp:posOffset>107949</wp:posOffset>
                </wp:positionV>
                <wp:extent cx="467995" cy="0"/>
                <wp:effectExtent l="0" t="0" r="0" b="0"/>
                <wp:wrapNone/>
                <wp:docPr id="122" name="Прямая соединительная линия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70AD47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04B7FB" id="Прямая соединительная линия 122" o:spid="_x0000_s1026" style="position:absolute;z-index:251717120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5pt" to="37.7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" strokecolor="#70ad47" strokeweight=".53mm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кадастрового квартала</w:t>
      </w:r>
    </w:p>
    <w:p w:rsidR="00C07106" w:rsidRPr="00BB1DD4" w:rsidRDefault="00C07106" w:rsidP="00C07106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C07106" w:rsidRPr="00BB1DD4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16:02:050104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C07106" w:rsidRPr="00340C73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60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7369E0" w:rsidRDefault="007369E0">
      <w:pPr>
        <w:rPr>
          <w:rStyle w:val="BigStyle"/>
          <w:lang w:val="ru-RU"/>
        </w:rPr>
      </w:pPr>
      <w:r>
        <w:rPr>
          <w:rStyle w:val="BigStyle"/>
          <w:lang w:val="ru-RU"/>
        </w:rPr>
        <w:br w:type="page"/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7369E0" w:rsidRDefault="007369E0" w:rsidP="007369E0">
      <w:pPr>
        <w:spacing w:after="0" w:line="240" w:lineRule="auto"/>
        <w:jc w:val="center"/>
        <w:rPr>
          <w:lang w:val="ru-RU"/>
        </w:rPr>
      </w:pPr>
    </w:p>
    <w:p w:rsidR="00C07106" w:rsidRDefault="00C07106" w:rsidP="007369E0">
      <w:pPr>
        <w:spacing w:after="0" w:line="300" w:lineRule="auto"/>
        <w:jc w:val="center"/>
      </w:pPr>
      <w:r>
        <w:t>Лист 20</w:t>
      </w:r>
    </w:p>
    <w:p w:rsidR="00C07106" w:rsidRPr="00340C73" w:rsidRDefault="00C07106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3495"/>
            <wp:effectExtent l="0" t="0" r="0" b="825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Колония сурков_Лист20_5000.b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106" w:rsidRPr="00BB1DD4" w:rsidRDefault="00C07106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C07106" w:rsidRPr="00BB1DD4" w:rsidRDefault="00C07106" w:rsidP="00C07106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C07106" w:rsidRPr="00BB1DD4" w:rsidRDefault="00C07106" w:rsidP="00C07106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840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C07106" w:rsidRPr="00B426B6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719168" behindDoc="0" locked="0" layoutInCell="0" allowOverlap="1" wp14:anchorId="19232E98" wp14:editId="75BF2A79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126" name="Прямая соединительная линия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67ABEB" id="Прямая соединительная линия 126" o:spid="_x0000_s1026" style="position:absolute;z-index:251719168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</w:p>
    <w:p w:rsidR="00C07106" w:rsidRPr="00BB1DD4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718144" behindDoc="0" locked="0" layoutInCell="0" allowOverlap="1" wp14:anchorId="41CD5912" wp14:editId="7DDEDDC7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129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720192" behindDoc="0" locked="0" layoutInCell="1" allowOverlap="1" wp14:anchorId="69EF1E1E" wp14:editId="1563446F">
                <wp:simplePos x="0" y="0"/>
                <wp:positionH relativeFrom="margin">
                  <wp:posOffset>11430</wp:posOffset>
                </wp:positionH>
                <wp:positionV relativeFrom="paragraph">
                  <wp:posOffset>107949</wp:posOffset>
                </wp:positionV>
                <wp:extent cx="467995" cy="0"/>
                <wp:effectExtent l="0" t="0" r="0" b="0"/>
                <wp:wrapNone/>
                <wp:docPr id="127" name="Прямая соединительная линия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70AD47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B34EC9" id="Прямая соединительная линия 127" o:spid="_x0000_s1026" style="position:absolute;z-index:251720192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5pt" to="37.7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" strokecolor="#70ad47" strokeweight=".53mm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кадастрового квартала</w:t>
      </w:r>
    </w:p>
    <w:p w:rsidR="00C07106" w:rsidRPr="00BB1DD4" w:rsidRDefault="00C07106" w:rsidP="00C07106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C07106" w:rsidRPr="00BB1DD4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16:02:050104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C07106" w:rsidRPr="00340C73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60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7369E0" w:rsidRDefault="007369E0">
      <w:pPr>
        <w:rPr>
          <w:rStyle w:val="BigStyle"/>
          <w:lang w:val="ru-RU"/>
        </w:rPr>
      </w:pPr>
      <w:r>
        <w:rPr>
          <w:rStyle w:val="BigStyle"/>
          <w:lang w:val="ru-RU"/>
        </w:rPr>
        <w:br w:type="page"/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7369E0" w:rsidRDefault="007369E0" w:rsidP="007369E0">
      <w:pPr>
        <w:spacing w:after="0" w:line="240" w:lineRule="auto"/>
        <w:jc w:val="center"/>
        <w:rPr>
          <w:lang w:val="ru-RU"/>
        </w:rPr>
      </w:pPr>
    </w:p>
    <w:p w:rsidR="00C07106" w:rsidRDefault="00C07106" w:rsidP="007369E0">
      <w:pPr>
        <w:spacing w:after="0" w:line="300" w:lineRule="auto"/>
        <w:jc w:val="center"/>
      </w:pPr>
      <w:r>
        <w:t>Лист 21</w:t>
      </w:r>
    </w:p>
    <w:p w:rsidR="00C07106" w:rsidRPr="00340C73" w:rsidRDefault="00C07106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3495"/>
            <wp:effectExtent l="0" t="0" r="0" b="825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Колония сурков_Лист21_5000.b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106" w:rsidRPr="00BB1DD4" w:rsidRDefault="00C07106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C07106" w:rsidRPr="00BB1DD4" w:rsidRDefault="00C07106" w:rsidP="00C07106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C07106" w:rsidRPr="00BB1DD4" w:rsidRDefault="00C07106" w:rsidP="00C07106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892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C07106" w:rsidRPr="00B426B6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722240" behindDoc="0" locked="0" layoutInCell="0" allowOverlap="1" wp14:anchorId="47A79FF7" wp14:editId="04B0914A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132" name="Прямая соединительная линия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E45245" id="Прямая соединительная линия 132" o:spid="_x0000_s1026" style="position:absolute;z-index:251722240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</w:p>
    <w:p w:rsidR="00C07106" w:rsidRPr="00BB1DD4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721216" behindDoc="0" locked="0" layoutInCell="0" allowOverlap="1" wp14:anchorId="04C26D19" wp14:editId="31E007D0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135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723264" behindDoc="0" locked="0" layoutInCell="1" allowOverlap="1" wp14:anchorId="7A988516" wp14:editId="4836849E">
                <wp:simplePos x="0" y="0"/>
                <wp:positionH relativeFrom="margin">
                  <wp:posOffset>11430</wp:posOffset>
                </wp:positionH>
                <wp:positionV relativeFrom="paragraph">
                  <wp:posOffset>107949</wp:posOffset>
                </wp:positionV>
                <wp:extent cx="467995" cy="0"/>
                <wp:effectExtent l="0" t="0" r="0" b="0"/>
                <wp:wrapNone/>
                <wp:docPr id="133" name="Прямая соединительная линия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70AD47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F58D6D" id="Прямая соединительная линия 133" o:spid="_x0000_s1026" style="position:absolute;z-index:251723264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5pt" to="37.7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" strokecolor="#70ad47" strokeweight=".53mm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кадастрового квартала</w:t>
      </w:r>
    </w:p>
    <w:p w:rsidR="00C07106" w:rsidRPr="00BB1DD4" w:rsidRDefault="00C07106" w:rsidP="00C07106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C07106" w:rsidRPr="00BB1DD4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16:02:050104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C07106" w:rsidRPr="00340C73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11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7369E0" w:rsidRDefault="007369E0">
      <w:pPr>
        <w:rPr>
          <w:rStyle w:val="BigStyle"/>
          <w:lang w:val="ru-RU"/>
        </w:rPr>
      </w:pPr>
      <w:r>
        <w:rPr>
          <w:rStyle w:val="BigStyle"/>
          <w:lang w:val="ru-RU"/>
        </w:rPr>
        <w:br w:type="page"/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7369E0" w:rsidRDefault="007369E0" w:rsidP="007369E0">
      <w:pPr>
        <w:spacing w:after="0" w:line="240" w:lineRule="auto"/>
        <w:jc w:val="center"/>
        <w:rPr>
          <w:lang w:val="ru-RU"/>
        </w:rPr>
      </w:pPr>
    </w:p>
    <w:p w:rsidR="00C07106" w:rsidRDefault="00C07106" w:rsidP="007369E0">
      <w:pPr>
        <w:spacing w:after="0" w:line="300" w:lineRule="auto"/>
        <w:jc w:val="center"/>
      </w:pPr>
      <w:r>
        <w:t>Лист 22</w:t>
      </w:r>
    </w:p>
    <w:p w:rsidR="00C07106" w:rsidRPr="00340C73" w:rsidRDefault="00C07106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3495"/>
            <wp:effectExtent l="0" t="0" r="0" b="825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Колония сурков_Лист22_5000.b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106" w:rsidRPr="00BB1DD4" w:rsidRDefault="00C07106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C07106" w:rsidRPr="00BB1DD4" w:rsidRDefault="00C07106" w:rsidP="00C07106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C07106" w:rsidRPr="00BB1DD4" w:rsidRDefault="00C07106" w:rsidP="00C07106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901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C07106" w:rsidRPr="00B426B6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725312" behindDoc="0" locked="0" layoutInCell="0" allowOverlap="1" wp14:anchorId="67930878" wp14:editId="0EB8C468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137" name="Прямая соединительная линия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E3C1FB" id="Прямая соединительная линия 137" o:spid="_x0000_s1026" style="position:absolute;z-index:251725312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</w:p>
    <w:p w:rsidR="00C07106" w:rsidRPr="00BB1DD4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724288" behindDoc="0" locked="0" layoutInCell="0" allowOverlap="1" wp14:anchorId="61537F5A" wp14:editId="5B499B07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140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726336" behindDoc="0" locked="0" layoutInCell="1" allowOverlap="1" wp14:anchorId="31CD34A2" wp14:editId="28690392">
                <wp:simplePos x="0" y="0"/>
                <wp:positionH relativeFrom="margin">
                  <wp:posOffset>11430</wp:posOffset>
                </wp:positionH>
                <wp:positionV relativeFrom="paragraph">
                  <wp:posOffset>107949</wp:posOffset>
                </wp:positionV>
                <wp:extent cx="467995" cy="0"/>
                <wp:effectExtent l="0" t="0" r="0" b="0"/>
                <wp:wrapNone/>
                <wp:docPr id="138" name="Прямая соединительная линия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70AD47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D3B63A" id="Прямая соединительная линия 138" o:spid="_x0000_s1026" style="position:absolute;z-index:251726336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5pt" to="37.7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" strokecolor="#70ad47" strokeweight=".53mm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кадастрового квартала</w:t>
      </w:r>
    </w:p>
    <w:p w:rsidR="00C07106" w:rsidRPr="00BB1DD4" w:rsidRDefault="00C07106" w:rsidP="00C07106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C07106" w:rsidRPr="00BB1DD4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16:02:050103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C07106" w:rsidRPr="00340C73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7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7369E0" w:rsidRDefault="007369E0">
      <w:pPr>
        <w:rPr>
          <w:rStyle w:val="BigStyle"/>
          <w:lang w:val="ru-RU"/>
        </w:rPr>
      </w:pPr>
      <w:r>
        <w:rPr>
          <w:rStyle w:val="BigStyle"/>
          <w:lang w:val="ru-RU"/>
        </w:rPr>
        <w:br w:type="page"/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7369E0" w:rsidRDefault="007369E0" w:rsidP="007369E0">
      <w:pPr>
        <w:spacing w:after="0" w:line="240" w:lineRule="auto"/>
        <w:jc w:val="center"/>
        <w:rPr>
          <w:lang w:val="ru-RU"/>
        </w:rPr>
      </w:pPr>
    </w:p>
    <w:p w:rsidR="00C07106" w:rsidRDefault="00C07106" w:rsidP="007369E0">
      <w:pPr>
        <w:spacing w:after="0" w:line="300" w:lineRule="auto"/>
        <w:jc w:val="center"/>
      </w:pPr>
      <w:r>
        <w:t>Лист 23</w:t>
      </w:r>
    </w:p>
    <w:p w:rsidR="00C07106" w:rsidRPr="00340C73" w:rsidRDefault="00D83C43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032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Колония сурков_Лист23_5000.b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106" w:rsidRPr="00BB1DD4" w:rsidRDefault="00C07106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C07106" w:rsidRPr="00BB1DD4" w:rsidRDefault="00C07106" w:rsidP="00C07106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C07106" w:rsidRPr="00BB1DD4" w:rsidRDefault="00C07106" w:rsidP="00C07106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913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C07106" w:rsidRPr="00D83C43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729408" behindDoc="0" locked="0" layoutInCell="0" allowOverlap="1" wp14:anchorId="451BD5AD" wp14:editId="57E1364C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142" name="Прямая соединительная линия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0D157F" id="Прямая соединительная линия 142" o:spid="_x0000_s1026" style="position:absolute;z-index:251729408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  <w:r>
        <w:rPr>
          <w:noProof/>
          <w:lang w:val="ru-RU" w:eastAsia="ru-RU"/>
        </w:rPr>
        <w:drawing>
          <wp:anchor distT="0" distB="0" distL="0" distR="0" simplePos="0" relativeHeight="251728384" behindDoc="0" locked="0" layoutInCell="0" allowOverlap="1" wp14:anchorId="6293ADB1" wp14:editId="567B5DA1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145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7106" w:rsidRPr="00BB1DD4" w:rsidRDefault="00C07106" w:rsidP="00C07106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C07106" w:rsidRPr="00BB1DD4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16:02:050103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C07106" w:rsidRPr="00340C73" w:rsidRDefault="00C07106" w:rsidP="00C07106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206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351E9D" w:rsidRDefault="00351E9D" w:rsidP="00BD4C2C">
      <w:pPr>
        <w:spacing w:after="0" w:line="240" w:lineRule="auto"/>
        <w:outlineLvl w:val="0"/>
        <w:rPr>
          <w:lang w:val="ru-RU"/>
        </w:rPr>
      </w:pPr>
    </w:p>
    <w:p w:rsidR="007369E0" w:rsidRDefault="007369E0">
      <w:pPr>
        <w:rPr>
          <w:rStyle w:val="BigStyle"/>
          <w:lang w:val="ru-RU"/>
        </w:rPr>
      </w:pPr>
      <w:r>
        <w:rPr>
          <w:rStyle w:val="BigStyle"/>
          <w:lang w:val="ru-RU"/>
        </w:rPr>
        <w:br w:type="page"/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7369E0" w:rsidRDefault="007369E0" w:rsidP="007369E0">
      <w:pPr>
        <w:spacing w:after="0" w:line="240" w:lineRule="auto"/>
        <w:jc w:val="center"/>
        <w:rPr>
          <w:lang w:val="ru-RU"/>
        </w:rPr>
      </w:pPr>
    </w:p>
    <w:p w:rsidR="00D83C43" w:rsidRPr="00D83C43" w:rsidRDefault="00D83C43" w:rsidP="007369E0">
      <w:pPr>
        <w:spacing w:after="0" w:line="300" w:lineRule="auto"/>
        <w:jc w:val="center"/>
        <w:rPr>
          <w:lang w:val="ru-RU"/>
        </w:rPr>
      </w:pPr>
      <w:r>
        <w:t xml:space="preserve">Лист </w:t>
      </w:r>
      <w:r>
        <w:rPr>
          <w:lang w:val="ru-RU"/>
        </w:rPr>
        <w:t>24</w:t>
      </w:r>
    </w:p>
    <w:p w:rsidR="00D83C43" w:rsidRPr="00340C73" w:rsidRDefault="00D83C43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032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Колония сурков_Лист24_5000.b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C43" w:rsidRPr="00BB1DD4" w:rsidRDefault="00D83C43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5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D83C43" w:rsidRPr="00BB1DD4" w:rsidRDefault="00D83C43" w:rsidP="00D83C43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D83C43" w:rsidRPr="00BB1DD4" w:rsidRDefault="00D83C43" w:rsidP="00D83C43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915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D83C43" w:rsidRPr="00BB1DD4" w:rsidRDefault="00D83C43" w:rsidP="00D83C43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733504" behindDoc="0" locked="0" layoutInCell="0" allowOverlap="1" wp14:anchorId="255085F1" wp14:editId="1D2F41A6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148" name="Прямая соединительная линия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C68694" id="Прямая соединительная линия 148" o:spid="_x0000_s1026" style="position:absolute;z-index:251733504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</w:p>
    <w:p w:rsidR="00D83C43" w:rsidRPr="00BB1DD4" w:rsidRDefault="00D83C43" w:rsidP="00D83C43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38F641A4" wp14:editId="5A40FD3A">
                <wp:simplePos x="0" y="0"/>
                <wp:positionH relativeFrom="column">
                  <wp:posOffset>6985</wp:posOffset>
                </wp:positionH>
                <wp:positionV relativeFrom="paragraph">
                  <wp:posOffset>112395</wp:posOffset>
                </wp:positionV>
                <wp:extent cx="467995" cy="635"/>
                <wp:effectExtent l="12700" t="17145" r="14605" b="10795"/>
                <wp:wrapNone/>
                <wp:docPr id="149" name="Прямая соединительная линия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7995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611C11" id="Прямая соединительная линия 149" o:spid="_x0000_s1026" style="position:absolute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55pt,8.85pt" to="37.4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" strokecolor="gray [1629]" strokeweight="1.5pt">
                <v:stroke dashstyle="longDashDotDot"/>
              </v:line>
            </w:pict>
          </mc:Fallback>
        </mc:AlternateContent>
      </w:r>
      <w:r w:rsidRPr="00BB1DD4">
        <w:rPr>
          <w:rFonts w:cs="Times New Roman"/>
          <w:lang w:val="ru-RU"/>
        </w:rPr>
        <w:tab/>
        <w:t>– граница населенного пункта</w:t>
      </w:r>
    </w:p>
    <w:p w:rsidR="00D83C43" w:rsidRPr="00BB1DD4" w:rsidRDefault="00D83C43" w:rsidP="00D83C43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cs="Times New Roman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732480" behindDoc="0" locked="0" layoutInCell="0" allowOverlap="1" wp14:anchorId="0A3F934F" wp14:editId="4402ED21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152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734528" behindDoc="0" locked="0" layoutInCell="1" allowOverlap="1" wp14:anchorId="3F4FE401" wp14:editId="76EACC1B">
                <wp:simplePos x="0" y="0"/>
                <wp:positionH relativeFrom="margin">
                  <wp:posOffset>11430</wp:posOffset>
                </wp:positionH>
                <wp:positionV relativeFrom="paragraph">
                  <wp:posOffset>107949</wp:posOffset>
                </wp:positionV>
                <wp:extent cx="467995" cy="0"/>
                <wp:effectExtent l="0" t="0" r="0" b="0"/>
                <wp:wrapNone/>
                <wp:docPr id="150" name="Прямая соединительная линия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70AD47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98592E" id="Прямая соединительная линия 150" o:spid="_x0000_s1026" style="position:absolute;z-index:251734528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5pt" to="37.75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" strokecolor="#70ad47" strokeweight=".53mm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BB1DD4">
        <w:rPr>
          <w:rFonts w:cs="Times New Roman"/>
          <w:sz w:val="18"/>
          <w:szCs w:val="18"/>
          <w:lang w:val="ru-RU"/>
        </w:rPr>
        <w:tab/>
      </w:r>
      <w:r w:rsidRPr="00BB1DD4">
        <w:rPr>
          <w:rFonts w:cs="Times New Roman"/>
          <w:lang w:val="ru-RU"/>
        </w:rPr>
        <w:t>– граница кадастрового квартала</w:t>
      </w:r>
    </w:p>
    <w:p w:rsidR="00D83C43" w:rsidRPr="00BB1DD4" w:rsidRDefault="00D83C43" w:rsidP="00D83C43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D83C43" w:rsidRPr="00BB1DD4" w:rsidRDefault="00D83C43" w:rsidP="00D83C43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16:02:050103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D83C43" w:rsidRPr="00340C73" w:rsidRDefault="00D83C43" w:rsidP="00D83C43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58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7369E0" w:rsidRDefault="007369E0" w:rsidP="007369E0">
      <w:pPr>
        <w:spacing w:after="0" w:line="240" w:lineRule="auto"/>
        <w:jc w:val="center"/>
        <w:rPr>
          <w:lang w:val="ru-RU"/>
        </w:rPr>
      </w:pPr>
    </w:p>
    <w:p w:rsidR="00D83C43" w:rsidRPr="00D83C43" w:rsidRDefault="00D83C43" w:rsidP="007369E0">
      <w:pPr>
        <w:spacing w:after="0" w:line="300" w:lineRule="auto"/>
        <w:jc w:val="center"/>
        <w:rPr>
          <w:lang w:val="ru-RU"/>
        </w:rPr>
      </w:pPr>
      <w:r>
        <w:rPr>
          <w:lang w:val="ru-RU"/>
        </w:rPr>
        <w:t>Выноска 1</w:t>
      </w:r>
    </w:p>
    <w:p w:rsidR="00D83C43" w:rsidRPr="00340C73" w:rsidRDefault="00ED6DC9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03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Выноска1_1000.bmp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C43" w:rsidRPr="00BB1DD4" w:rsidRDefault="00D83C43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1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D83C43" w:rsidRPr="00BB1DD4" w:rsidRDefault="00D83C43" w:rsidP="00D83C43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D83C43" w:rsidRPr="00BB1DD4" w:rsidRDefault="00D83C43" w:rsidP="00D83C43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448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D83C43" w:rsidRPr="00D83C43" w:rsidRDefault="00D83C43" w:rsidP="00D83C43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737600" behindDoc="0" locked="0" layoutInCell="0" allowOverlap="1" wp14:anchorId="13A99862" wp14:editId="6C47B1EE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154" name="Прямая соединительная линия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7EEF66" id="Прямая соединительная линия 154" o:spid="_x0000_s1026" style="position:absolute;z-index:251737600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  <w:r>
        <w:rPr>
          <w:noProof/>
          <w:lang w:val="ru-RU" w:eastAsia="ru-RU"/>
        </w:rPr>
        <w:drawing>
          <wp:anchor distT="0" distB="0" distL="0" distR="0" simplePos="0" relativeHeight="251736576" behindDoc="0" locked="0" layoutInCell="0" allowOverlap="1" wp14:anchorId="1581D87F" wp14:editId="315B3C4E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156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3C43" w:rsidRPr="00BB1DD4" w:rsidRDefault="00D83C43" w:rsidP="00D83C43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D83C43" w:rsidRPr="00BB1DD4" w:rsidRDefault="00D83C43" w:rsidP="00D83C43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16:02:030104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D83C43" w:rsidRPr="00340C73" w:rsidRDefault="00D83C43" w:rsidP="00D83C43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73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D83C43" w:rsidRDefault="00D83C43" w:rsidP="00D83C43">
      <w:pPr>
        <w:spacing w:after="0" w:line="240" w:lineRule="auto"/>
        <w:outlineLvl w:val="0"/>
        <w:rPr>
          <w:lang w:val="ru-RU"/>
        </w:rPr>
      </w:pPr>
    </w:p>
    <w:p w:rsidR="007369E0" w:rsidRDefault="007369E0">
      <w:pPr>
        <w:rPr>
          <w:rStyle w:val="BigStyle"/>
          <w:lang w:val="ru-RU"/>
        </w:rPr>
      </w:pPr>
      <w:r>
        <w:rPr>
          <w:rStyle w:val="BigStyle"/>
          <w:lang w:val="ru-RU"/>
        </w:rPr>
        <w:br w:type="page"/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lastRenderedPageBreak/>
        <w:t>Раздел 4</w:t>
      </w:r>
    </w:p>
    <w:p w:rsidR="007369E0" w:rsidRPr="00A07F47" w:rsidRDefault="007369E0" w:rsidP="007369E0">
      <w:pPr>
        <w:spacing w:after="0"/>
        <w:jc w:val="center"/>
        <w:rPr>
          <w:lang w:val="ru-RU"/>
        </w:rPr>
      </w:pPr>
      <w:r w:rsidRPr="00A07F47">
        <w:rPr>
          <w:rStyle w:val="BigStyle"/>
          <w:lang w:val="ru-RU"/>
        </w:rPr>
        <w:t xml:space="preserve">План границ объекта – </w:t>
      </w:r>
    </w:p>
    <w:p w:rsidR="00607170" w:rsidRDefault="00607170" w:rsidP="00607170">
      <w:pPr>
        <w:spacing w:after="0" w:line="240" w:lineRule="auto"/>
        <w:jc w:val="center"/>
        <w:rPr>
          <w:rStyle w:val="BigStyle"/>
          <w:lang w:val="ru-RU"/>
        </w:rPr>
      </w:pPr>
      <w:r w:rsidRPr="00607170">
        <w:rPr>
          <w:bCs/>
          <w:sz w:val="28"/>
          <w:szCs w:val="28"/>
          <w:lang w:val="ru-RU"/>
        </w:rPr>
        <w:t xml:space="preserve">государственного природного заказника регионального значения биологического (зоологического) профиля </w:t>
      </w:r>
      <w:r w:rsidRPr="00D20CD6">
        <w:rPr>
          <w:rStyle w:val="BigStyle"/>
          <w:lang w:val="ru-RU"/>
        </w:rPr>
        <w:t>«Колония сурков»</w:t>
      </w:r>
    </w:p>
    <w:p w:rsidR="007369E0" w:rsidRPr="007369E0" w:rsidRDefault="007369E0" w:rsidP="007369E0">
      <w:pPr>
        <w:spacing w:after="0" w:line="240" w:lineRule="auto"/>
        <w:jc w:val="center"/>
        <w:rPr>
          <w:lang w:val="ru-RU"/>
        </w:rPr>
      </w:pPr>
      <w:bookmarkStart w:id="4" w:name="_GoBack"/>
      <w:bookmarkEnd w:id="4"/>
    </w:p>
    <w:p w:rsidR="00D83C43" w:rsidRPr="00D83C43" w:rsidRDefault="00D83C43" w:rsidP="007369E0">
      <w:pPr>
        <w:spacing w:after="0" w:line="300" w:lineRule="auto"/>
        <w:jc w:val="center"/>
        <w:rPr>
          <w:lang w:val="ru-RU"/>
        </w:rPr>
      </w:pPr>
      <w:r>
        <w:rPr>
          <w:lang w:val="ru-RU"/>
        </w:rPr>
        <w:t>Выноска 2</w:t>
      </w:r>
    </w:p>
    <w:p w:rsidR="00D83C43" w:rsidRPr="00340C73" w:rsidRDefault="00ED6DC9" w:rsidP="007369E0">
      <w:pPr>
        <w:spacing w:after="0" w:line="30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80175" cy="6373495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Выноска2_1000.bmp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C43" w:rsidRPr="00BB1DD4" w:rsidRDefault="00D83C43" w:rsidP="007369E0">
      <w:pPr>
        <w:spacing w:after="0" w:line="300" w:lineRule="auto"/>
        <w:jc w:val="center"/>
        <w:outlineLvl w:val="0"/>
        <w:rPr>
          <w:rFonts w:eastAsia="Times New Roman" w:cs="Times New Roman"/>
          <w:bCs/>
          <w:szCs w:val="24"/>
          <w:lang w:val="ru-RU"/>
        </w:rPr>
      </w:pPr>
      <w:r>
        <w:rPr>
          <w:rFonts w:eastAsia="Times New Roman" w:cs="Times New Roman"/>
          <w:bCs/>
          <w:szCs w:val="24"/>
          <w:lang w:val="ru-RU"/>
        </w:rPr>
        <w:t xml:space="preserve">Масштаб </w:t>
      </w:r>
      <w:proofErr w:type="gramStart"/>
      <w:r>
        <w:rPr>
          <w:rFonts w:eastAsia="Times New Roman" w:cs="Times New Roman"/>
          <w:bCs/>
          <w:szCs w:val="24"/>
          <w:lang w:val="ru-RU"/>
        </w:rPr>
        <w:t>1 :</w:t>
      </w:r>
      <w:proofErr w:type="gramEnd"/>
      <w:r>
        <w:rPr>
          <w:rFonts w:eastAsia="Times New Roman" w:cs="Times New Roman"/>
          <w:bCs/>
          <w:szCs w:val="24"/>
          <w:lang w:val="ru-RU"/>
        </w:rPr>
        <w:t xml:space="preserve"> 1</w:t>
      </w:r>
      <w:r w:rsidRPr="00BB1DD4">
        <w:rPr>
          <w:rFonts w:eastAsia="Times New Roman" w:cs="Times New Roman"/>
          <w:bCs/>
          <w:szCs w:val="24"/>
          <w:lang w:val="ru-RU"/>
        </w:rPr>
        <w:t xml:space="preserve"> 000</w:t>
      </w:r>
    </w:p>
    <w:p w:rsidR="00D83C43" w:rsidRPr="00BB1DD4" w:rsidRDefault="00D83C43" w:rsidP="00D83C43">
      <w:pPr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BB1DD4">
        <w:rPr>
          <w:rFonts w:eastAsia="Times New Roman" w:cs="Times New Roman"/>
          <w:szCs w:val="24"/>
          <w:lang w:val="ru-RU"/>
        </w:rPr>
        <w:t>Используемые условные знаки и обозначения:</w:t>
      </w:r>
    </w:p>
    <w:p w:rsidR="00D83C43" w:rsidRPr="00BB1DD4" w:rsidRDefault="00D83C43" w:rsidP="00D83C43">
      <w:pPr>
        <w:tabs>
          <w:tab w:val="left" w:pos="1418"/>
        </w:tabs>
        <w:spacing w:after="0" w:line="240" w:lineRule="auto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sz w:val="18"/>
          <w:szCs w:val="18"/>
          <w:lang w:val="ru-RU"/>
        </w:rPr>
        <w:t>•</w:t>
      </w:r>
      <w:r w:rsidRPr="00BB1DD4">
        <w:rPr>
          <w:rFonts w:eastAsia="Times New Roman" w:cs="Times New Roman"/>
          <w:color w:val="FF0000"/>
          <w:sz w:val="18"/>
          <w:szCs w:val="18"/>
          <w:lang w:val="ru-RU"/>
        </w:rPr>
        <w:t xml:space="preserve"> </w:t>
      </w:r>
      <w:r>
        <w:rPr>
          <w:rFonts w:eastAsia="Times New Roman" w:cs="Times New Roman"/>
          <w:sz w:val="18"/>
          <w:szCs w:val="18"/>
          <w:lang w:val="ru-RU"/>
        </w:rPr>
        <w:t>304</w:t>
      </w:r>
      <w:r w:rsidRPr="00BB1DD4">
        <w:rPr>
          <w:rFonts w:eastAsia="Times New Roman" w:cs="Times New Roman"/>
          <w:lang w:val="ru-RU"/>
        </w:rPr>
        <w:tab/>
        <w:t>– обозначение характерной точки границ</w:t>
      </w:r>
    </w:p>
    <w:p w:rsidR="00D83C43" w:rsidRPr="00D83C43" w:rsidRDefault="00D83C43" w:rsidP="00D83C43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ascii="Calibri" w:eastAsia="Calibri" w:hAnsi="Calibri" w:cs="Calibri"/>
          <w:noProof/>
          <w:sz w:val="22"/>
          <w:lang w:val="ru-RU" w:eastAsia="ru-RU"/>
        </w:rPr>
        <mc:AlternateContent>
          <mc:Choice Requires="wps">
            <w:drawing>
              <wp:anchor distT="4294967295" distB="4294967295" distL="114300" distR="114300" simplePos="0" relativeHeight="251739648" behindDoc="0" locked="0" layoutInCell="0" allowOverlap="1" wp14:anchorId="45C080A1" wp14:editId="051367C0">
                <wp:simplePos x="0" y="0"/>
                <wp:positionH relativeFrom="margin">
                  <wp:posOffset>11430</wp:posOffset>
                </wp:positionH>
                <wp:positionV relativeFrom="paragraph">
                  <wp:posOffset>107314</wp:posOffset>
                </wp:positionV>
                <wp:extent cx="467995" cy="0"/>
                <wp:effectExtent l="0" t="0" r="0" b="0"/>
                <wp:wrapNone/>
                <wp:docPr id="158" name="Прямая соединительная линия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/>
                      </wps:cNvCnPr>
                      <wps:spPr>
                        <a:xfrm>
                          <a:off x="0" y="0"/>
                          <a:ext cx="467995" cy="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3F6B6D" id="Прямая соединительная линия 158" o:spid="_x0000_s1026" style="position:absolute;z-index:251739648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.9pt,8.45pt" to="37.7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" o:allowincell="f" strokecolor="red" strokeweight=".53mm">
                <o:lock v:ext="edit" aspectratio="t" shapetype="f"/>
                <w10:wrap anchorx="margin"/>
              </v:line>
            </w:pict>
          </mc:Fallback>
        </mc:AlternateContent>
      </w:r>
      <w:r w:rsidRPr="00BB1DD4">
        <w:rPr>
          <w:rFonts w:eastAsia="Times New Roman" w:cs="Times New Roman"/>
          <w:lang w:val="ru-RU"/>
        </w:rPr>
        <w:tab/>
        <w:t>– граница объекта</w:t>
      </w:r>
      <w:r>
        <w:rPr>
          <w:noProof/>
          <w:lang w:val="ru-RU" w:eastAsia="ru-RU"/>
        </w:rPr>
        <w:drawing>
          <wp:anchor distT="0" distB="0" distL="0" distR="0" simplePos="0" relativeHeight="251738624" behindDoc="0" locked="0" layoutInCell="0" allowOverlap="1" wp14:anchorId="547FDA42" wp14:editId="47E507F1">
            <wp:simplePos x="0" y="0"/>
            <wp:positionH relativeFrom="margin">
              <wp:posOffset>-29326</wp:posOffset>
            </wp:positionH>
            <wp:positionV relativeFrom="paragraph">
              <wp:posOffset>193502</wp:posOffset>
            </wp:positionV>
            <wp:extent cx="547200" cy="154800"/>
            <wp:effectExtent l="0" t="0" r="0" b="0"/>
            <wp:wrapNone/>
            <wp:docPr id="160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3C43" w:rsidRPr="00BB1DD4" w:rsidRDefault="00D83C43" w:rsidP="00D83C43">
      <w:pPr>
        <w:tabs>
          <w:tab w:val="left" w:pos="1418"/>
        </w:tabs>
        <w:spacing w:after="0" w:line="240" w:lineRule="auto"/>
        <w:outlineLvl w:val="0"/>
        <w:rPr>
          <w:rFonts w:eastAsia="Times New Roman" w:cs="Times New Roman"/>
          <w:lang w:val="ru-RU"/>
        </w:rPr>
      </w:pPr>
      <w:r w:rsidRPr="00BB1DD4">
        <w:rPr>
          <w:rFonts w:eastAsia="Times New Roman" w:cs="Times New Roman"/>
          <w:lang w:val="ru-RU"/>
        </w:rPr>
        <w:tab/>
        <w:t>– граница земельного участка</w:t>
      </w:r>
    </w:p>
    <w:p w:rsidR="00D83C43" w:rsidRPr="00BB1DD4" w:rsidRDefault="00D83C43" w:rsidP="00D83C43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b/>
          <w:color w:val="267300"/>
          <w:sz w:val="18"/>
          <w:szCs w:val="18"/>
          <w:lang w:val="ru-RU"/>
        </w:rPr>
        <w:t>16:02:030103</w:t>
      </w:r>
      <w:r w:rsidRPr="00BB1DD4">
        <w:rPr>
          <w:rFonts w:eastAsia="Times New Roman" w:cs="Times New Roman"/>
          <w:szCs w:val="24"/>
          <w:lang w:val="ru-RU"/>
        </w:rPr>
        <w:tab/>
        <w:t xml:space="preserve">– </w:t>
      </w:r>
      <w:r w:rsidR="00A07F47">
        <w:rPr>
          <w:rFonts w:eastAsia="Times New Roman" w:cs="Times New Roman"/>
          <w:szCs w:val="24"/>
          <w:lang w:val="ru-RU"/>
        </w:rPr>
        <w:t>номер кадастрового квартала</w:t>
      </w:r>
      <w:r w:rsidRPr="00BB1DD4">
        <w:rPr>
          <w:rFonts w:eastAsia="Times New Roman" w:cs="Times New Roman"/>
          <w:szCs w:val="24"/>
          <w:lang w:val="ru-RU"/>
        </w:rPr>
        <w:t xml:space="preserve"> </w:t>
      </w:r>
    </w:p>
    <w:p w:rsidR="00D83C43" w:rsidRPr="00340C73" w:rsidRDefault="00D83C43" w:rsidP="00D83C43">
      <w:pPr>
        <w:tabs>
          <w:tab w:val="left" w:pos="1418"/>
        </w:tabs>
        <w:autoSpaceDE w:val="0"/>
        <w:autoSpaceDN w:val="0"/>
        <w:adjustRightInd w:val="0"/>
        <w:spacing w:after="0" w:line="240" w:lineRule="auto"/>
        <w:outlineLvl w:val="0"/>
        <w:rPr>
          <w:rFonts w:eastAsia="Times New Roman" w:cs="Times New Roman"/>
          <w:szCs w:val="24"/>
          <w:lang w:val="ru-RU"/>
        </w:rPr>
      </w:pPr>
      <w:r w:rsidRPr="00340C73"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:</w:t>
      </w:r>
      <w:r>
        <w:rPr>
          <w:rFonts w:eastAsia="Times New Roman" w:cs="Times New Roman"/>
          <w:b/>
          <w:color w:val="267300"/>
          <w:w w:val="90"/>
          <w:sz w:val="16"/>
          <w:szCs w:val="16"/>
          <w:lang w:val="ru-RU"/>
        </w:rPr>
        <w:t>1689</w:t>
      </w:r>
      <w:r w:rsidRPr="00340C73">
        <w:rPr>
          <w:rFonts w:eastAsia="Times New Roman" w:cs="Times New Roman"/>
          <w:szCs w:val="24"/>
          <w:lang w:val="ru-RU"/>
        </w:rPr>
        <w:tab/>
        <w:t xml:space="preserve">– </w:t>
      </w:r>
      <w:r w:rsidR="007369E0">
        <w:rPr>
          <w:rFonts w:eastAsia="Times New Roman" w:cs="Times New Roman"/>
          <w:szCs w:val="24"/>
          <w:lang w:val="ru-RU"/>
        </w:rPr>
        <w:t>кадастровый номер земельного участка.</w:t>
      </w:r>
    </w:p>
    <w:p w:rsidR="00D83C43" w:rsidRDefault="00D83C43" w:rsidP="00BD4C2C">
      <w:pPr>
        <w:spacing w:after="0" w:line="240" w:lineRule="auto"/>
        <w:outlineLvl w:val="0"/>
        <w:rPr>
          <w:lang w:val="ru-RU"/>
        </w:rPr>
      </w:pPr>
    </w:p>
    <w:p w:rsidR="007369E0" w:rsidRPr="00B426B6" w:rsidRDefault="007369E0" w:rsidP="007369E0">
      <w:pPr>
        <w:spacing w:after="0" w:line="240" w:lineRule="auto"/>
        <w:jc w:val="center"/>
        <w:outlineLvl w:val="0"/>
        <w:rPr>
          <w:lang w:val="ru-RU"/>
        </w:rPr>
      </w:pPr>
      <w:r>
        <w:rPr>
          <w:lang w:val="ru-RU"/>
        </w:rPr>
        <w:t>___________________________</w:t>
      </w:r>
    </w:p>
    <w:sectPr w:rsidR="007369E0" w:rsidRPr="00B426B6" w:rsidSect="00034616">
      <w:headerReference w:type="default" r:id="rId36"/>
      <w:pgSz w:w="11906" w:h="16838"/>
      <w:pgMar w:top="1134" w:right="567" w:bottom="850" w:left="1134" w:header="567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F6014" w:rsidRDefault="009F6014">
      <w:pPr>
        <w:spacing w:after="0" w:line="240" w:lineRule="auto"/>
      </w:pPr>
      <w:r>
        <w:separator/>
      </w:r>
    </w:p>
  </w:endnote>
  <w:endnote w:type="continuationSeparator" w:id="0">
    <w:p w:rsidR="009F6014" w:rsidRDefault="009F60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Yu Gothic UI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modern"/>
    <w:pitch w:val="fixed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F6014" w:rsidRDefault="009F6014">
      <w:pPr>
        <w:spacing w:after="0" w:line="240" w:lineRule="auto"/>
      </w:pPr>
      <w:r>
        <w:separator/>
      </w:r>
    </w:p>
  </w:footnote>
  <w:footnote w:type="continuationSeparator" w:id="0">
    <w:p w:rsidR="009F6014" w:rsidRDefault="009F60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44915" w:rsidRDefault="00244915">
    <w:pPr>
      <w:pStyle w:val="a5"/>
      <w:jc w:val="center"/>
    </w:pPr>
    <w:r>
      <w:fldChar w:fldCharType="begin"/>
    </w:r>
    <w:r>
      <w:instrText>PAGE</w:instrText>
    </w:r>
    <w:r>
      <w:fldChar w:fldCharType="separate"/>
    </w:r>
    <w:r w:rsidR="00607170">
      <w:rPr>
        <w:noProof/>
      </w:rPr>
      <w:t>48</w:t>
    </w:r>
    <w: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730"/>
    <w:rsid w:val="00034616"/>
    <w:rsid w:val="0006063C"/>
    <w:rsid w:val="000F768C"/>
    <w:rsid w:val="0015074B"/>
    <w:rsid w:val="0018064C"/>
    <w:rsid w:val="00244915"/>
    <w:rsid w:val="0029639D"/>
    <w:rsid w:val="00326F90"/>
    <w:rsid w:val="00340C73"/>
    <w:rsid w:val="00351E9D"/>
    <w:rsid w:val="00380BFE"/>
    <w:rsid w:val="00434C4A"/>
    <w:rsid w:val="005A5440"/>
    <w:rsid w:val="005C4B5A"/>
    <w:rsid w:val="00607170"/>
    <w:rsid w:val="007369E0"/>
    <w:rsid w:val="007C370F"/>
    <w:rsid w:val="007E1609"/>
    <w:rsid w:val="00815C26"/>
    <w:rsid w:val="008F19AA"/>
    <w:rsid w:val="009139E6"/>
    <w:rsid w:val="009310F8"/>
    <w:rsid w:val="009F6014"/>
    <w:rsid w:val="00A07F47"/>
    <w:rsid w:val="00AA1D8D"/>
    <w:rsid w:val="00B426B6"/>
    <w:rsid w:val="00B47730"/>
    <w:rsid w:val="00BD4C2C"/>
    <w:rsid w:val="00C07106"/>
    <w:rsid w:val="00CB0664"/>
    <w:rsid w:val="00D20CD6"/>
    <w:rsid w:val="00D83C43"/>
    <w:rsid w:val="00E3343F"/>
    <w:rsid w:val="00ED6DC9"/>
    <w:rsid w:val="00EF29E2"/>
    <w:rsid w:val="00FA239E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00"/>
  <w15:docId w15:val="{A385025B-2226-46D1-9699-38BAF75FD9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D83C43"/>
    <w:rPr>
      <w:rFonts w:ascii="Times New Roman" w:hAnsi="Times New Roman"/>
      <w:sz w:val="24"/>
    </w:rPr>
  </w:style>
  <w:style w:type="paragraph" w:styleId="1">
    <w:name w:val="heading 1"/>
    <w:basedOn w:val="a1"/>
    <w:next w:val="a1"/>
    <w:link w:val="10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Верхний колонтитул Знак"/>
    <w:basedOn w:val="a2"/>
    <w:link w:val="a5"/>
    <w:uiPriority w:val="99"/>
    <w:rsid w:val="00E618BF"/>
  </w:style>
  <w:style w:type="paragraph" w:styleId="a7">
    <w:name w:val="footer"/>
    <w:basedOn w:val="a1"/>
    <w:link w:val="a8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Нижний колонтитул Знак"/>
    <w:basedOn w:val="a2"/>
    <w:link w:val="a7"/>
    <w:uiPriority w:val="99"/>
    <w:rsid w:val="00E618BF"/>
  </w:style>
  <w:style w:type="paragraph" w:styleId="a9">
    <w:name w:val="No Spacing"/>
    <w:uiPriority w:val="1"/>
    <w:qFormat/>
    <w:rsid w:val="00FC693F"/>
    <w:pPr>
      <w:spacing w:after="0" w:line="240" w:lineRule="auto"/>
    </w:pPr>
  </w:style>
  <w:style w:type="character" w:customStyle="1" w:styleId="10">
    <w:name w:val="Заголовок 1 Знак"/>
    <w:basedOn w:val="a2"/>
    <w:link w:val="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Заголовок 2 Знак"/>
    <w:basedOn w:val="a2"/>
    <w:link w:val="2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basedOn w:val="a2"/>
    <w:link w:val="3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a">
    <w:name w:val="Title"/>
    <w:basedOn w:val="a1"/>
    <w:next w:val="a1"/>
    <w:link w:val="ab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Заголовок Знак"/>
    <w:basedOn w:val="a2"/>
    <w:link w:val="aa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1"/>
    <w:next w:val="a1"/>
    <w:link w:val="ad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d">
    <w:name w:val="Подзаголовок Знак"/>
    <w:basedOn w:val="a2"/>
    <w:link w:val="ac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e">
    <w:name w:val="List Paragraph"/>
    <w:basedOn w:val="a1"/>
    <w:uiPriority w:val="34"/>
    <w:qFormat/>
    <w:rsid w:val="00FC693F"/>
    <w:pPr>
      <w:ind w:left="720"/>
      <w:contextualSpacing/>
    </w:pPr>
  </w:style>
  <w:style w:type="paragraph" w:styleId="af">
    <w:name w:val="Body Text"/>
    <w:basedOn w:val="a1"/>
    <w:link w:val="af0"/>
    <w:uiPriority w:val="99"/>
    <w:unhideWhenUsed/>
    <w:rsid w:val="00AA1D8D"/>
    <w:pPr>
      <w:spacing w:after="120"/>
    </w:pPr>
  </w:style>
  <w:style w:type="character" w:customStyle="1" w:styleId="af0">
    <w:name w:val="Основной текст Знак"/>
    <w:basedOn w:val="a2"/>
    <w:link w:val="af"/>
    <w:uiPriority w:val="99"/>
    <w:rsid w:val="00AA1D8D"/>
  </w:style>
  <w:style w:type="paragraph" w:styleId="23">
    <w:name w:val="Body Text 2"/>
    <w:basedOn w:val="a1"/>
    <w:link w:val="24"/>
    <w:uiPriority w:val="99"/>
    <w:unhideWhenUsed/>
    <w:rsid w:val="00AA1D8D"/>
    <w:pPr>
      <w:spacing w:after="120" w:line="480" w:lineRule="auto"/>
    </w:pPr>
  </w:style>
  <w:style w:type="character" w:customStyle="1" w:styleId="24">
    <w:name w:val="Основной текст 2 Знак"/>
    <w:basedOn w:val="a2"/>
    <w:link w:val="23"/>
    <w:uiPriority w:val="99"/>
    <w:rsid w:val="00AA1D8D"/>
  </w:style>
  <w:style w:type="paragraph" w:styleId="33">
    <w:name w:val="Body Text 3"/>
    <w:basedOn w:val="a1"/>
    <w:link w:val="34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2"/>
    <w:link w:val="33"/>
    <w:uiPriority w:val="99"/>
    <w:rsid w:val="00AA1D8D"/>
    <w:rPr>
      <w:sz w:val="16"/>
      <w:szCs w:val="16"/>
    </w:rPr>
  </w:style>
  <w:style w:type="paragraph" w:styleId="af1">
    <w:name w:val="List"/>
    <w:basedOn w:val="a1"/>
    <w:uiPriority w:val="99"/>
    <w:unhideWhenUsed/>
    <w:rsid w:val="00AA1D8D"/>
    <w:pPr>
      <w:ind w:left="360" w:hanging="360"/>
      <w:contextualSpacing/>
    </w:pPr>
  </w:style>
  <w:style w:type="paragraph" w:styleId="25">
    <w:name w:val="List 2"/>
    <w:basedOn w:val="a1"/>
    <w:uiPriority w:val="99"/>
    <w:unhideWhenUsed/>
    <w:rsid w:val="00326F90"/>
    <w:pPr>
      <w:ind w:left="720" w:hanging="360"/>
      <w:contextualSpacing/>
    </w:pPr>
  </w:style>
  <w:style w:type="paragraph" w:styleId="35">
    <w:name w:val="List 3"/>
    <w:basedOn w:val="a1"/>
    <w:uiPriority w:val="99"/>
    <w:unhideWhenUsed/>
    <w:rsid w:val="00326F90"/>
    <w:pPr>
      <w:ind w:left="1080" w:hanging="360"/>
      <w:contextualSpacing/>
    </w:pPr>
  </w:style>
  <w:style w:type="paragraph" w:styleId="a0">
    <w:name w:val="List Bullet"/>
    <w:basedOn w:val="a1"/>
    <w:uiPriority w:val="99"/>
    <w:unhideWhenUsed/>
    <w:rsid w:val="00326F90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unhideWhenUsed/>
    <w:rsid w:val="00326F90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unhideWhenUsed/>
    <w:rsid w:val="00326F90"/>
    <w:pPr>
      <w:numPr>
        <w:numId w:val="3"/>
      </w:numPr>
      <w:contextualSpacing/>
    </w:pPr>
  </w:style>
  <w:style w:type="paragraph" w:styleId="a">
    <w:name w:val="List Number"/>
    <w:basedOn w:val="a1"/>
    <w:uiPriority w:val="99"/>
    <w:unhideWhenUsed/>
    <w:rsid w:val="00326F90"/>
    <w:pPr>
      <w:numPr>
        <w:numId w:val="5"/>
      </w:numPr>
      <w:contextualSpacing/>
    </w:pPr>
  </w:style>
  <w:style w:type="paragraph" w:styleId="2">
    <w:name w:val="List Number 2"/>
    <w:basedOn w:val="a1"/>
    <w:uiPriority w:val="99"/>
    <w:unhideWhenUsed/>
    <w:rsid w:val="0029639D"/>
    <w:pPr>
      <w:numPr>
        <w:numId w:val="6"/>
      </w:numPr>
      <w:contextualSpacing/>
    </w:pPr>
  </w:style>
  <w:style w:type="paragraph" w:styleId="3">
    <w:name w:val="List Number 3"/>
    <w:basedOn w:val="a1"/>
    <w:uiPriority w:val="99"/>
    <w:unhideWhenUsed/>
    <w:rsid w:val="0029639D"/>
    <w:pPr>
      <w:numPr>
        <w:numId w:val="7"/>
      </w:numPr>
      <w:contextualSpacing/>
    </w:pPr>
  </w:style>
  <w:style w:type="paragraph" w:styleId="af2">
    <w:name w:val="List Continue"/>
    <w:basedOn w:val="a1"/>
    <w:uiPriority w:val="99"/>
    <w:unhideWhenUsed/>
    <w:rsid w:val="0029639D"/>
    <w:pPr>
      <w:spacing w:after="120"/>
      <w:ind w:left="360"/>
      <w:contextualSpacing/>
    </w:pPr>
  </w:style>
  <w:style w:type="paragraph" w:styleId="26">
    <w:name w:val="List Continue 2"/>
    <w:basedOn w:val="a1"/>
    <w:uiPriority w:val="99"/>
    <w:unhideWhenUsed/>
    <w:rsid w:val="0029639D"/>
    <w:pPr>
      <w:spacing w:after="120"/>
      <w:ind w:left="720"/>
      <w:contextualSpacing/>
    </w:pPr>
  </w:style>
  <w:style w:type="paragraph" w:styleId="36">
    <w:name w:val="List Continue 3"/>
    <w:basedOn w:val="a1"/>
    <w:uiPriority w:val="99"/>
    <w:unhideWhenUsed/>
    <w:rsid w:val="0029639D"/>
    <w:pPr>
      <w:spacing w:after="120"/>
      <w:ind w:left="1080"/>
      <w:contextualSpacing/>
    </w:pPr>
  </w:style>
  <w:style w:type="paragraph" w:styleId="af3">
    <w:name w:val="macro"/>
    <w:link w:val="af4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af4">
    <w:name w:val="Текст макроса Знак"/>
    <w:basedOn w:val="a2"/>
    <w:link w:val="af3"/>
    <w:uiPriority w:val="99"/>
    <w:rsid w:val="0029639D"/>
    <w:rPr>
      <w:rFonts w:ascii="Courier" w:hAnsi="Courier"/>
      <w:sz w:val="20"/>
      <w:szCs w:val="20"/>
    </w:rPr>
  </w:style>
  <w:style w:type="paragraph" w:styleId="27">
    <w:name w:val="Quote"/>
    <w:basedOn w:val="a1"/>
    <w:next w:val="a1"/>
    <w:link w:val="28"/>
    <w:uiPriority w:val="29"/>
    <w:qFormat/>
    <w:rsid w:val="00FC693F"/>
    <w:rPr>
      <w:i/>
      <w:iCs/>
      <w:color w:val="000000" w:themeColor="text1"/>
    </w:rPr>
  </w:style>
  <w:style w:type="character" w:customStyle="1" w:styleId="28">
    <w:name w:val="Цитата 2 Знак"/>
    <w:basedOn w:val="a2"/>
    <w:link w:val="27"/>
    <w:uiPriority w:val="29"/>
    <w:rsid w:val="00FC693F"/>
    <w:rPr>
      <w:i/>
      <w:iCs/>
      <w:color w:val="000000" w:themeColor="text1"/>
    </w:rPr>
  </w:style>
  <w:style w:type="character" w:customStyle="1" w:styleId="40">
    <w:name w:val="Заголовок 4 Знак"/>
    <w:basedOn w:val="a2"/>
    <w:link w:val="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2"/>
    <w:link w:val="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2"/>
    <w:link w:val="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2"/>
    <w:link w:val="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2"/>
    <w:link w:val="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2"/>
    <w:link w:val="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5">
    <w:name w:val="caption"/>
    <w:basedOn w:val="a1"/>
    <w:next w:val="a1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f6">
    <w:name w:val="Strong"/>
    <w:basedOn w:val="a2"/>
    <w:uiPriority w:val="22"/>
    <w:qFormat/>
    <w:rsid w:val="00FC693F"/>
    <w:rPr>
      <w:b/>
      <w:bCs/>
    </w:rPr>
  </w:style>
  <w:style w:type="character" w:styleId="af7">
    <w:name w:val="Emphasis"/>
    <w:basedOn w:val="a2"/>
    <w:uiPriority w:val="20"/>
    <w:qFormat/>
    <w:rsid w:val="00FC693F"/>
    <w:rPr>
      <w:i/>
      <w:iCs/>
    </w:rPr>
  </w:style>
  <w:style w:type="paragraph" w:styleId="af8">
    <w:name w:val="Intense Quote"/>
    <w:basedOn w:val="a1"/>
    <w:next w:val="a1"/>
    <w:link w:val="af9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9">
    <w:name w:val="Выделенная цитата Знак"/>
    <w:basedOn w:val="a2"/>
    <w:link w:val="af8"/>
    <w:uiPriority w:val="30"/>
    <w:rsid w:val="00FC693F"/>
    <w:rPr>
      <w:b/>
      <w:bCs/>
      <w:i/>
      <w:iCs/>
      <w:color w:val="4F81BD" w:themeColor="accent1"/>
    </w:rPr>
  </w:style>
  <w:style w:type="character" w:styleId="afa">
    <w:name w:val="Subtle Emphasis"/>
    <w:basedOn w:val="a2"/>
    <w:uiPriority w:val="19"/>
    <w:qFormat/>
    <w:rsid w:val="00FC693F"/>
    <w:rPr>
      <w:i/>
      <w:iCs/>
      <w:color w:val="808080" w:themeColor="text1" w:themeTint="7F"/>
    </w:rPr>
  </w:style>
  <w:style w:type="character" w:styleId="afb">
    <w:name w:val="Intense Emphasis"/>
    <w:basedOn w:val="a2"/>
    <w:uiPriority w:val="21"/>
    <w:qFormat/>
    <w:rsid w:val="00FC693F"/>
    <w:rPr>
      <w:b/>
      <w:bCs/>
      <w:i/>
      <w:iCs/>
      <w:color w:val="4F81BD" w:themeColor="accent1"/>
    </w:rPr>
  </w:style>
  <w:style w:type="character" w:styleId="afc">
    <w:name w:val="Subtle Reference"/>
    <w:basedOn w:val="a2"/>
    <w:uiPriority w:val="31"/>
    <w:qFormat/>
    <w:rsid w:val="00FC693F"/>
    <w:rPr>
      <w:smallCaps/>
      <w:color w:val="C0504D" w:themeColor="accent2"/>
      <w:u w:val="single"/>
    </w:rPr>
  </w:style>
  <w:style w:type="character" w:styleId="afd">
    <w:name w:val="Intense Reference"/>
    <w:basedOn w:val="a2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afe">
    <w:name w:val="Book Title"/>
    <w:basedOn w:val="a2"/>
    <w:uiPriority w:val="33"/>
    <w:qFormat/>
    <w:rsid w:val="00FC693F"/>
    <w:rPr>
      <w:b/>
      <w:bCs/>
      <w:smallCaps/>
      <w:spacing w:val="5"/>
    </w:rPr>
  </w:style>
  <w:style w:type="paragraph" w:styleId="aff">
    <w:name w:val="TOC Heading"/>
    <w:basedOn w:val="1"/>
    <w:next w:val="a1"/>
    <w:uiPriority w:val="39"/>
    <w:semiHidden/>
    <w:unhideWhenUsed/>
    <w:qFormat/>
    <w:rsid w:val="00FC693F"/>
    <w:pPr>
      <w:outlineLvl w:val="9"/>
    </w:pPr>
  </w:style>
  <w:style w:type="table" w:styleId="aff0">
    <w:name w:val="Table Grid"/>
    <w:basedOn w:val="a3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1">
    <w:name w:val="Light Shading"/>
    <w:basedOn w:val="a3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3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3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3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3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">
    <w:name w:val="Light Shading Accent 6"/>
    <w:basedOn w:val="a3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f2">
    <w:name w:val="Light List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0">
    <w:name w:val="Light List Accent 2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0">
    <w:name w:val="Light List Accent 4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0">
    <w:name w:val="Light List Accent 5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0">
    <w:name w:val="Light List Accent 6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3">
    <w:name w:val="Light Grid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1">
    <w:name w:val="Light Grid Accent 2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31">
    <w:name w:val="Light Grid Accent 3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1">
    <w:name w:val="Light Grid Accent 4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51">
    <w:name w:val="Light Grid Accent 5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61">
    <w:name w:val="Light Grid Accent 6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11">
    <w:name w:val="Medium Shading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9">
    <w:name w:val="Medium Shading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2">
    <w:name w:val="Medium Lis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0">
    <w:name w:val="Medium List 1 Accent 2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0">
    <w:name w:val="Medium List 1 Accent 3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0">
    <w:name w:val="Medium List 1 Accent 4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0">
    <w:name w:val="Medium List 1 Accent 5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0">
    <w:name w:val="Medium List 1 Accent 6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a">
    <w:name w:val="Medium Lis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Grid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b">
    <w:name w:val="Medium Grid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7">
    <w:name w:val="Medium Grid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-2">
    <w:name w:val="Medium Grid 3 Accent 2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3">
    <w:name w:val="Medium Grid 3 Accent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4">
    <w:name w:val="Medium Grid 3 Accent 4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5">
    <w:name w:val="Medium Grid 3 Accent 5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aff4">
    <w:name w:val="Dark List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f5">
    <w:name w:val="Colorful Shading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3">
    <w:name w:val="Colorful Shading Accent 4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6">
    <w:name w:val="Colorful List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4">
    <w:name w:val="Colorful List Accent 2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4">
    <w:name w:val="Colorful List Accent 3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4">
    <w:name w:val="Colorful List Accent 4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4">
    <w:name w:val="Colorful List Accent 5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4">
    <w:name w:val="Colorful List Accent 6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7">
    <w:name w:val="Colorful Grid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5">
    <w:name w:val="Colorful Grid Accent 2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5">
    <w:name w:val="Colorful Grid Accent 3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5">
    <w:name w:val="Colorful Grid Accent 4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5">
    <w:name w:val="Colorful Grid Accent 5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5">
    <w:name w:val="Colorful Grid Accent 6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customStyle="1" w:styleId="BigStyle">
    <w:name w:val="BigStyle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B2EE3A1-4213-4B1B-9845-AB9FADE434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48</Pages>
  <Words>9307</Words>
  <Characters>53055</Characters>
  <Application>Microsoft Office Word</Application>
  <DocSecurity>0</DocSecurity>
  <Lines>442</Lines>
  <Paragraphs>124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62238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Admin</cp:lastModifiedBy>
  <cp:revision>3</cp:revision>
  <dcterms:created xsi:type="dcterms:W3CDTF">2025-07-03T18:22:00Z</dcterms:created>
  <dcterms:modified xsi:type="dcterms:W3CDTF">2025-07-03T19:05:00Z</dcterms:modified>
  <cp:category/>
</cp:coreProperties>
</file>